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30" w:type="dxa"/>
        <w:tblInd w:w="-7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0"/>
      </w:tblGrid>
      <w:tr w:rsidR="002F26B0" w:rsidRPr="002B6377" w14:paraId="4C9E3C62" w14:textId="77777777" w:rsidTr="009B0714">
        <w:trPr>
          <w:trHeight w:val="2246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1888AD" w14:textId="14D8E10A" w:rsidR="002B6377" w:rsidRPr="002B6377" w:rsidRDefault="002B6377" w:rsidP="002F26B0">
            <w:pPr>
              <w:bidi/>
              <w:spacing w:after="60" w:line="240" w:lineRule="auto"/>
              <w:rPr>
                <w:rFonts w:asciiTheme="majorBidi" w:eastAsia="Times New Roman" w:hAnsiTheme="majorBidi" w:cstheme="majorBidi"/>
                <w:noProof/>
                <w:sz w:val="28"/>
                <w:szCs w:val="28"/>
                <w:bdr w:val="none" w:sz="0" w:space="0" w:color="auto" w:frame="1"/>
              </w:rPr>
            </w:pPr>
            <w:r w:rsidRPr="002B6377">
              <w:rPr>
                <w:rFonts w:asciiTheme="majorBidi" w:eastAsia="Times New Roman" w:hAnsiTheme="majorBidi" w:cstheme="majorBidi"/>
                <w:noProof/>
                <w:sz w:val="28"/>
                <w:szCs w:val="28"/>
                <w:bdr w:val="none" w:sz="0" w:space="0" w:color="auto" w:frame="1"/>
              </w:rPr>
              <w:drawing>
                <wp:anchor distT="0" distB="0" distL="114300" distR="114300" simplePos="0" relativeHeight="251649536" behindDoc="0" locked="0" layoutInCell="1" allowOverlap="1" wp14:anchorId="4C19DDE6" wp14:editId="36E18EE8">
                  <wp:simplePos x="0" y="0"/>
                  <wp:positionH relativeFrom="column">
                    <wp:posOffset>2746375</wp:posOffset>
                  </wp:positionH>
                  <wp:positionV relativeFrom="paragraph">
                    <wp:posOffset>168910</wp:posOffset>
                  </wp:positionV>
                  <wp:extent cx="638175" cy="790575"/>
                  <wp:effectExtent l="0" t="0" r="0" b="9525"/>
                  <wp:wrapSquare wrapText="bothSides"/>
                  <wp:docPr id="1923634568" name="Picture 1923634568" descr="A black background with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black background with blue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200"/>
                          <a:stretch/>
                        </pic:blipFill>
                        <pic:spPr bwMode="auto">
                          <a:xfrm>
                            <a:off x="0" y="0"/>
                            <a:ext cx="638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216C5771" w14:textId="1DAD1A5B" w:rsidR="002F26B0" w:rsidRPr="002B6377" w:rsidRDefault="002F26B0" w:rsidP="002B6377">
            <w:pPr>
              <w:bidi/>
              <w:spacing w:after="6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B6377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ab/>
            </w:r>
            <w:r w:rsidRPr="002B6377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ab/>
            </w:r>
            <w:r w:rsidRPr="002B6377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ab/>
            </w:r>
          </w:p>
          <w:p w14:paraId="54634505" w14:textId="77777777" w:rsidR="002F26B0" w:rsidRPr="002B6377" w:rsidRDefault="002F26B0" w:rsidP="002F26B0">
            <w:pPr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</w:p>
          <w:p w14:paraId="7A66E3EF" w14:textId="2284C11D" w:rsidR="002F26B0" w:rsidRPr="002B6377" w:rsidRDefault="002F26B0" w:rsidP="002B6377">
            <w:pPr>
              <w:bidi/>
              <w:spacing w:before="60" w:after="6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2B637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</w:rPr>
              <w:tab/>
            </w:r>
          </w:p>
          <w:p w14:paraId="58433B96" w14:textId="77777777" w:rsidR="002F26B0" w:rsidRPr="002B6377" w:rsidRDefault="002F26B0" w:rsidP="002F26B0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B637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  <w:t>Rosary School \ Marj Elhamam</w:t>
            </w:r>
            <w:r w:rsidRPr="002B637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  </w:t>
            </w:r>
          </w:p>
          <w:p w14:paraId="2651DBC2" w14:textId="77777777" w:rsidR="002F26B0" w:rsidRPr="002B6377" w:rsidRDefault="002F26B0" w:rsidP="002F26B0">
            <w:pPr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</w:p>
          <w:p w14:paraId="2D687B64" w14:textId="193A902F" w:rsidR="002F26B0" w:rsidRPr="002B6377" w:rsidRDefault="002F26B0" w:rsidP="002B6377">
            <w:pPr>
              <w:spacing w:after="6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B6377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Name</w:t>
            </w:r>
            <w:r w:rsidRPr="002B6377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ab/>
              <w:t xml:space="preserve">: _______________________ </w:t>
            </w:r>
            <w:r w:rsidR="002B6377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                               </w:t>
            </w:r>
            <w:r w:rsidRPr="002B6377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 xml:space="preserve">    </w:t>
            </w:r>
            <w:r w:rsidR="002B6377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 xml:space="preserve">         </w:t>
            </w:r>
            <w:r w:rsidRPr="002B6377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 xml:space="preserve">   Date :    </w:t>
            </w:r>
            <w:r w:rsidR="0031750D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2B6377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 xml:space="preserve">   / </w:t>
            </w:r>
            <w:r w:rsidR="0080530F" w:rsidRPr="002B6377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11</w:t>
            </w:r>
            <w:r w:rsidRPr="002B6377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  / 2025</w:t>
            </w:r>
          </w:p>
          <w:p w14:paraId="1C5283F9" w14:textId="011AA61C" w:rsidR="002F26B0" w:rsidRPr="002B6377" w:rsidRDefault="002F26B0" w:rsidP="00BB354A">
            <w:pPr>
              <w:spacing w:before="60" w:after="60" w:line="240" w:lineRule="auto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</w:pPr>
            <w:r w:rsidRPr="002B6377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Subject: study sheet</w:t>
            </w:r>
            <w:r w:rsidR="0031750D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 xml:space="preserve"> 3</w:t>
            </w:r>
            <w:r w:rsidRPr="002B6377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 xml:space="preserve"> chapter (3)     </w:t>
            </w:r>
            <w:r w:rsidRPr="002B6377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</w:rPr>
              <w:t>                                  </w:t>
            </w:r>
            <w:r w:rsidR="0031750D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</w:rPr>
              <w:t xml:space="preserve">             </w:t>
            </w:r>
            <w:r w:rsidRPr="002B6377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</w:rPr>
              <w:t xml:space="preserve"> </w:t>
            </w:r>
            <w:r w:rsidRPr="002B6377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Grade  :  6 (         )</w:t>
            </w:r>
          </w:p>
          <w:p w14:paraId="249D965D" w14:textId="7004F199" w:rsidR="002F26B0" w:rsidRPr="002B6377" w:rsidRDefault="00BB354A" w:rsidP="00A366AC">
            <w:pPr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B6377">
              <w:rPr>
                <w:rFonts w:asciiTheme="majorBidi" w:hAnsiTheme="majorBidi" w:cstheme="majorBidi"/>
                <w:sz w:val="28"/>
                <w:szCs w:val="28"/>
              </w:rPr>
              <w:t xml:space="preserve">           </w:t>
            </w:r>
          </w:p>
        </w:tc>
      </w:tr>
    </w:tbl>
    <w:p w14:paraId="1FC7F751" w14:textId="77777777" w:rsidR="00BB354A" w:rsidRPr="002B6377" w:rsidRDefault="00BB354A" w:rsidP="00BB354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14:paraId="35B8F244" w14:textId="73F4CFD5" w:rsidR="002B6377" w:rsidRDefault="00DD7392" w:rsidP="002B6377">
      <w:pPr>
        <w:pStyle w:val="ListParagraph"/>
        <w:numPr>
          <w:ilvl w:val="0"/>
          <w:numId w:val="10"/>
        </w:numPr>
        <w:ind w:left="90" w:hanging="180"/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Theme="majorBidi" w:hAnsiTheme="majorBidi" w:cstheme="majorBidi"/>
          <w:sz w:val="28"/>
          <w:szCs w:val="28"/>
        </w:rPr>
        <w:t xml:space="preserve">An </w:t>
      </w:r>
      <w:r w:rsidRPr="002B6377">
        <w:rPr>
          <w:rFonts w:asciiTheme="majorBidi" w:hAnsiTheme="majorBidi" w:cstheme="majorBidi"/>
          <w:b/>
          <w:bCs/>
          <w:sz w:val="28"/>
          <w:szCs w:val="28"/>
        </w:rPr>
        <w:t xml:space="preserve">algebraic </w:t>
      </w:r>
      <w:r w:rsidR="002B6377" w:rsidRPr="002B6377">
        <w:rPr>
          <w:rFonts w:asciiTheme="majorBidi" w:hAnsiTheme="majorBidi" w:cstheme="majorBidi"/>
          <w:b/>
          <w:bCs/>
          <w:sz w:val="28"/>
          <w:szCs w:val="28"/>
        </w:rPr>
        <w:t>term</w:t>
      </w:r>
      <w:r w:rsidRPr="002B6377">
        <w:rPr>
          <w:rFonts w:asciiTheme="majorBidi" w:hAnsiTheme="majorBidi" w:cstheme="majorBidi"/>
          <w:sz w:val="28"/>
          <w:szCs w:val="28"/>
        </w:rPr>
        <w:t xml:space="preserve"> is made up of numbers</w:t>
      </w:r>
      <w:r w:rsidR="002B6377">
        <w:rPr>
          <w:rFonts w:asciiTheme="majorBidi" w:hAnsiTheme="majorBidi" w:cstheme="majorBidi"/>
          <w:sz w:val="28"/>
          <w:szCs w:val="28"/>
        </w:rPr>
        <w:t xml:space="preserve"> (called coefficient</w:t>
      </w:r>
      <w:r w:rsidR="006B2B56">
        <w:rPr>
          <w:rFonts w:asciiTheme="majorBidi" w:hAnsiTheme="majorBidi" w:cstheme="majorBidi"/>
          <w:sz w:val="28"/>
          <w:szCs w:val="28"/>
        </w:rPr>
        <w:t>s</w:t>
      </w:r>
      <w:r w:rsidR="002B6377">
        <w:rPr>
          <w:rFonts w:asciiTheme="majorBidi" w:hAnsiTheme="majorBidi" w:cstheme="majorBidi"/>
          <w:sz w:val="28"/>
          <w:szCs w:val="28"/>
        </w:rPr>
        <w:t>)</w:t>
      </w:r>
      <w:r w:rsidRPr="002B6377">
        <w:rPr>
          <w:rFonts w:asciiTheme="majorBidi" w:hAnsiTheme="majorBidi" w:cstheme="majorBidi"/>
          <w:sz w:val="28"/>
          <w:szCs w:val="28"/>
        </w:rPr>
        <w:t xml:space="preserve">, </w:t>
      </w:r>
    </w:p>
    <w:p w14:paraId="514A2395" w14:textId="63946F4E" w:rsidR="002B6377" w:rsidRDefault="00DD7392" w:rsidP="002B6377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Theme="majorBidi" w:hAnsiTheme="majorBidi" w:cstheme="majorBidi"/>
          <w:sz w:val="28"/>
          <w:szCs w:val="28"/>
        </w:rPr>
        <w:t xml:space="preserve">letters (called </w:t>
      </w:r>
      <w:r w:rsidR="002B6377">
        <w:rPr>
          <w:rFonts w:asciiTheme="majorBidi" w:hAnsiTheme="majorBidi" w:cstheme="majorBidi"/>
          <w:sz w:val="28"/>
          <w:szCs w:val="28"/>
        </w:rPr>
        <w:t>variables) and multiplication operation sign.</w:t>
      </w:r>
    </w:p>
    <w:p w14:paraId="507EED49" w14:textId="77777777" w:rsidR="002B6377" w:rsidRPr="002B6377" w:rsidRDefault="002B6377" w:rsidP="002B6377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14:paraId="7CE0A269" w14:textId="39B0C276" w:rsidR="002B6377" w:rsidRPr="002B6377" w:rsidRDefault="002B6377" w:rsidP="002B6377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Examples :   </w:t>
      </w:r>
      <w:r w:rsidRPr="002B6377">
        <w:rPr>
          <w:rFonts w:asciiTheme="majorBidi" w:hAnsiTheme="majorBidi" w:cstheme="majorBidi"/>
          <w:b/>
          <w:bCs/>
          <w:sz w:val="28"/>
          <w:szCs w:val="28"/>
        </w:rPr>
        <w:t>3</w:t>
      </w:r>
      <m:oMath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 xml:space="preserve">x </m:t>
        </m:r>
      </m:oMath>
      <w:r w:rsidRPr="002B6377">
        <w:rPr>
          <w:rFonts w:asciiTheme="majorBidi" w:hAnsiTheme="majorBidi" w:cstheme="majorBidi"/>
          <w:b/>
          <w:bCs/>
          <w:sz w:val="28"/>
          <w:szCs w:val="28"/>
        </w:rPr>
        <w:t xml:space="preserve">    ,    2</w:t>
      </w:r>
      <m:oMath>
        <m:sSup>
          <m:sSupPr>
            <m:ctrlPr>
              <w:rPr>
                <w:rFonts w:ascii="Cambria Math" w:hAnsi="Cambria Math" w:cstheme="majorBidi"/>
                <w:b/>
                <w:bCs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</w:rPr>
              <m:t>y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z</m:t>
        </m:r>
      </m:oMath>
      <w:r w:rsidRPr="002B6377">
        <w:rPr>
          <w:rFonts w:asciiTheme="majorBidi" w:hAnsiTheme="majorBidi" w:cstheme="majorBidi"/>
          <w:b/>
          <w:bCs/>
          <w:sz w:val="28"/>
          <w:szCs w:val="28"/>
        </w:rPr>
        <w:t xml:space="preserve">     ,   - 4</w:t>
      </w:r>
      <m:oMath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ab</m:t>
        </m:r>
      </m:oMath>
      <w:r w:rsidRPr="002B6377">
        <w:rPr>
          <w:rFonts w:asciiTheme="majorBidi" w:hAnsiTheme="majorBidi" w:cstheme="majorBidi"/>
          <w:b/>
          <w:bCs/>
          <w:sz w:val="28"/>
          <w:szCs w:val="28"/>
        </w:rPr>
        <w:t xml:space="preserve">     ,    10  </w:t>
      </w:r>
    </w:p>
    <w:p w14:paraId="5969AE18" w14:textId="7F51B19E" w:rsidR="002B6377" w:rsidRDefault="006B2B56" w:rsidP="002B6377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Theme="majorBidi" w:hAnsiTheme="majorBidi" w:cstheme="majorBidi"/>
          <w:b/>
          <w:bCs/>
          <w:sz w:val="28"/>
          <w:szCs w:val="28"/>
        </w:rPr>
        <w:t>Note</w:t>
      </w:r>
      <w:r>
        <w:rPr>
          <w:rFonts w:asciiTheme="majorBidi" w:hAnsiTheme="majorBidi" w:cstheme="majorBidi"/>
          <w:sz w:val="28"/>
          <w:szCs w:val="28"/>
        </w:rPr>
        <w:t>:</w:t>
      </w:r>
      <w:r w:rsidR="002B6377">
        <w:rPr>
          <w:rFonts w:asciiTheme="majorBidi" w:hAnsiTheme="majorBidi" w:cstheme="majorBidi"/>
          <w:sz w:val="28"/>
          <w:szCs w:val="28"/>
        </w:rPr>
        <w:t xml:space="preserve"> </w:t>
      </w:r>
      <w:r w:rsidR="002B6377" w:rsidRPr="002B6377">
        <w:rPr>
          <w:rFonts w:asciiTheme="majorBidi" w:hAnsiTheme="majorBidi" w:cstheme="majorBidi"/>
          <w:b/>
          <w:bCs/>
          <w:sz w:val="28"/>
          <w:szCs w:val="28"/>
        </w:rPr>
        <w:t>10</w:t>
      </w:r>
      <w:r w:rsidR="002B6377">
        <w:rPr>
          <w:rFonts w:asciiTheme="majorBidi" w:hAnsiTheme="majorBidi" w:cstheme="majorBidi"/>
          <w:sz w:val="28"/>
          <w:szCs w:val="28"/>
        </w:rPr>
        <w:t xml:space="preserve"> is a </w:t>
      </w:r>
      <w:r w:rsidR="002B6377" w:rsidRPr="002B6377">
        <w:rPr>
          <w:rFonts w:asciiTheme="majorBidi" w:hAnsiTheme="majorBidi" w:cstheme="majorBidi"/>
          <w:b/>
          <w:bCs/>
          <w:sz w:val="28"/>
          <w:szCs w:val="28"/>
        </w:rPr>
        <w:t xml:space="preserve">constant </w:t>
      </w:r>
      <w:r w:rsidR="002B6377">
        <w:rPr>
          <w:rFonts w:asciiTheme="majorBidi" w:hAnsiTheme="majorBidi" w:cstheme="majorBidi"/>
          <w:sz w:val="28"/>
          <w:szCs w:val="28"/>
        </w:rPr>
        <w:t>algebraic expression.</w:t>
      </w:r>
    </w:p>
    <w:p w14:paraId="15345E1F" w14:textId="7FF0F165" w:rsidR="002B6377" w:rsidRPr="002B6377" w:rsidRDefault="002B6377" w:rsidP="002B6377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</w:t>
      </w:r>
    </w:p>
    <w:p w14:paraId="2EB1A935" w14:textId="117E6EFD" w:rsidR="002B6377" w:rsidRDefault="002B6377" w:rsidP="002B6377">
      <w:pPr>
        <w:pStyle w:val="ListParagraph"/>
        <w:numPr>
          <w:ilvl w:val="0"/>
          <w:numId w:val="10"/>
        </w:numPr>
        <w:ind w:left="90" w:hanging="180"/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Theme="majorBidi" w:hAnsiTheme="majorBidi" w:cstheme="majorBidi"/>
          <w:sz w:val="28"/>
          <w:szCs w:val="28"/>
        </w:rPr>
        <w:t xml:space="preserve">An </w:t>
      </w:r>
      <w:r w:rsidRPr="002B6377">
        <w:rPr>
          <w:rFonts w:asciiTheme="majorBidi" w:hAnsiTheme="majorBidi" w:cstheme="majorBidi"/>
          <w:b/>
          <w:bCs/>
          <w:sz w:val="28"/>
          <w:szCs w:val="28"/>
        </w:rPr>
        <w:t>algebraic expression</w:t>
      </w:r>
      <w:r w:rsidRPr="002B6377">
        <w:rPr>
          <w:rFonts w:asciiTheme="majorBidi" w:hAnsiTheme="majorBidi" w:cstheme="majorBidi"/>
          <w:sz w:val="28"/>
          <w:szCs w:val="28"/>
        </w:rPr>
        <w:t xml:space="preserve"> is made up of</w:t>
      </w:r>
      <w:r>
        <w:rPr>
          <w:rFonts w:asciiTheme="majorBidi" w:hAnsiTheme="majorBidi" w:cstheme="majorBidi"/>
          <w:sz w:val="28"/>
          <w:szCs w:val="28"/>
        </w:rPr>
        <w:t xml:space="preserve"> one term or more and an addition operation signs.</w:t>
      </w:r>
    </w:p>
    <w:p w14:paraId="3A74993B" w14:textId="77777777" w:rsidR="002B6377" w:rsidRDefault="002B6377" w:rsidP="002B6377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14:paraId="6A61A8C7" w14:textId="31BD8B97" w:rsidR="00DD7392" w:rsidRDefault="00DD7392" w:rsidP="002B6377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  <w:r w:rsidRPr="002B6377">
        <w:rPr>
          <w:rFonts w:asciiTheme="majorBidi" w:hAnsiTheme="majorBidi" w:cstheme="majorBidi"/>
          <w:sz w:val="28"/>
          <w:szCs w:val="28"/>
        </w:rPr>
        <w:t xml:space="preserve">  Example</w:t>
      </w:r>
      <w:r w:rsidR="0001182A" w:rsidRPr="002B6377">
        <w:rPr>
          <w:rFonts w:asciiTheme="majorBidi" w:hAnsiTheme="majorBidi" w:cstheme="majorBidi"/>
          <w:sz w:val="28"/>
          <w:szCs w:val="28"/>
        </w:rPr>
        <w:t>s</w:t>
      </w:r>
      <w:r w:rsidRPr="002B6377">
        <w:rPr>
          <w:rFonts w:asciiTheme="majorBidi" w:hAnsiTheme="majorBidi" w:cstheme="majorBidi"/>
          <w:sz w:val="28"/>
          <w:szCs w:val="28"/>
        </w:rPr>
        <w:t xml:space="preserve">: </w:t>
      </w:r>
      <m:oMath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(3</m:t>
        </m:r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x + 2)</m:t>
        </m:r>
      </m:oMath>
      <w:r w:rsidRPr="002B6377">
        <w:rPr>
          <w:rFonts w:asciiTheme="majorBidi" w:hAnsiTheme="majorBidi" w:cstheme="majorBidi"/>
          <w:sz w:val="28"/>
          <w:szCs w:val="28"/>
        </w:rPr>
        <w:t xml:space="preserve">  </w:t>
      </w:r>
      <w:r w:rsidR="009B7B8C" w:rsidRPr="002B6377">
        <w:rPr>
          <w:rFonts w:asciiTheme="majorBidi" w:hAnsiTheme="majorBidi" w:cstheme="majorBidi"/>
          <w:sz w:val="28"/>
          <w:szCs w:val="28"/>
        </w:rPr>
        <w:t xml:space="preserve">   </w:t>
      </w:r>
      <w:r w:rsidR="002B6377">
        <w:rPr>
          <w:rFonts w:asciiTheme="majorBidi" w:hAnsiTheme="majorBidi" w:cstheme="majorBidi"/>
          <w:sz w:val="28"/>
          <w:szCs w:val="28"/>
        </w:rPr>
        <w:t>,</w:t>
      </w:r>
      <w:r w:rsidRPr="002B6377">
        <w:rPr>
          <w:rFonts w:asciiTheme="majorBidi" w:hAnsiTheme="majorBidi" w:cstheme="majorBidi"/>
          <w:sz w:val="28"/>
          <w:szCs w:val="28"/>
        </w:rPr>
        <w:t xml:space="preserve">    </w:t>
      </w:r>
      <m:oMath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(4</m:t>
        </m:r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a – 7)</m:t>
        </m:r>
        <m:r>
          <w:rPr>
            <w:rFonts w:ascii="Cambria Math" w:hAnsi="Cambria Math" w:cstheme="majorBidi"/>
            <w:sz w:val="28"/>
            <w:szCs w:val="28"/>
          </w:rPr>
          <m:t xml:space="preserve">  </m:t>
        </m:r>
      </m:oMath>
      <w:r w:rsidRPr="002B6377">
        <w:rPr>
          <w:rFonts w:asciiTheme="majorBidi" w:hAnsiTheme="majorBidi" w:cstheme="majorBidi"/>
          <w:sz w:val="28"/>
          <w:szCs w:val="28"/>
        </w:rPr>
        <w:t xml:space="preserve">   </w:t>
      </w:r>
      <w:r w:rsidR="002B6377">
        <w:rPr>
          <w:rFonts w:asciiTheme="majorBidi" w:hAnsiTheme="majorBidi" w:cstheme="majorBidi"/>
          <w:sz w:val="28"/>
          <w:szCs w:val="28"/>
        </w:rPr>
        <w:t>,</w:t>
      </w:r>
      <w:r w:rsidR="009B7B8C" w:rsidRPr="002B6377">
        <w:rPr>
          <w:rFonts w:asciiTheme="majorBidi" w:hAnsiTheme="majorBidi" w:cstheme="majorBidi"/>
          <w:sz w:val="28"/>
          <w:szCs w:val="28"/>
        </w:rPr>
        <w:t xml:space="preserve">   </w:t>
      </w:r>
      <w:r w:rsidRPr="002B6377">
        <w:rPr>
          <w:rFonts w:asciiTheme="majorBidi" w:hAnsiTheme="majorBidi" w:cstheme="majorBidi"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(2</m:t>
        </m:r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x + 3</m:t>
        </m:r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x + 5)</m:t>
        </m:r>
      </m:oMath>
    </w:p>
    <w:p w14:paraId="040437C6" w14:textId="034E56C2" w:rsidR="002B6377" w:rsidRDefault="002B6377" w:rsidP="002B6377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14:paraId="6F62F3B1" w14:textId="3366C993" w:rsidR="002B6377" w:rsidRDefault="002B6377" w:rsidP="002B6377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Note: </w:t>
      </w:r>
      <w:r>
        <w:rPr>
          <w:rFonts w:asciiTheme="majorBidi" w:hAnsiTheme="majorBidi" w:cstheme="majorBidi"/>
          <w:sz w:val="28"/>
          <w:szCs w:val="28"/>
        </w:rPr>
        <w:t>every algebraic term is an algebraic expression but not every algebraic expression is an algebraic term.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14:paraId="47D533EE" w14:textId="77777777" w:rsidR="002B6377" w:rsidRPr="002B6377" w:rsidRDefault="002B6377" w:rsidP="002B6377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14:paraId="3F94D3E7" w14:textId="4231A011" w:rsidR="00DD7392" w:rsidRPr="002B6377" w:rsidRDefault="00DD7392" w:rsidP="00DD7392">
      <w:pPr>
        <w:pStyle w:val="ListParagraph"/>
        <w:numPr>
          <w:ilvl w:val="0"/>
          <w:numId w:val="10"/>
        </w:numPr>
        <w:ind w:left="90" w:hanging="180"/>
        <w:rPr>
          <w:rFonts w:asciiTheme="majorBidi" w:hAnsiTheme="majorBidi" w:cstheme="majorBidi"/>
          <w:b/>
          <w:bCs/>
          <w:sz w:val="28"/>
          <w:szCs w:val="28"/>
        </w:rPr>
      </w:pPr>
      <w:r w:rsidRPr="002B6377">
        <w:rPr>
          <w:rFonts w:asciiTheme="majorBidi" w:hAnsiTheme="majorBidi" w:cstheme="majorBidi"/>
          <w:b/>
          <w:bCs/>
          <w:sz w:val="28"/>
          <w:szCs w:val="28"/>
        </w:rPr>
        <w:t>Like Terms</w:t>
      </w:r>
    </w:p>
    <w:p w14:paraId="4B921730" w14:textId="06770236" w:rsidR="00DD7392" w:rsidRPr="002B6377" w:rsidRDefault="00DD7392" w:rsidP="00DD7392">
      <w:pPr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Theme="majorBidi" w:hAnsiTheme="majorBidi" w:cstheme="majorBidi"/>
          <w:sz w:val="28"/>
          <w:szCs w:val="28"/>
        </w:rPr>
        <w:t>Like terms are terms that have the same variable raised to the same power.</w:t>
      </w:r>
    </w:p>
    <w:p w14:paraId="622CE4D5" w14:textId="77777777" w:rsidR="001D4A3F" w:rsidRDefault="00DD7392" w:rsidP="00DD7392">
      <w:pPr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Theme="majorBidi" w:hAnsiTheme="majorBidi" w:cstheme="majorBidi"/>
          <w:sz w:val="28"/>
          <w:szCs w:val="28"/>
        </w:rPr>
        <w:t xml:space="preserve">Examples of like terms: </w:t>
      </w:r>
      <w:r w:rsidR="009B7B8C" w:rsidRPr="002B6377">
        <w:rPr>
          <w:rFonts w:asciiTheme="majorBidi" w:hAnsiTheme="majorBidi" w:cstheme="majorBidi"/>
          <w:sz w:val="28"/>
          <w:szCs w:val="28"/>
        </w:rPr>
        <w:t xml:space="preserve">     </w:t>
      </w:r>
      <m:oMath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3</m:t>
        </m:r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x</m:t>
        </m:r>
      </m:oMath>
      <w:r w:rsidRPr="002B6377">
        <w:rPr>
          <w:rFonts w:asciiTheme="majorBidi" w:hAnsiTheme="majorBidi" w:cstheme="majorBidi"/>
          <w:sz w:val="28"/>
          <w:szCs w:val="28"/>
        </w:rPr>
        <w:t xml:space="preserve"> and </w:t>
      </w:r>
      <m:oMath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5</m:t>
        </m:r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x</m:t>
        </m:r>
        <m:r>
          <w:rPr>
            <w:rFonts w:ascii="Cambria Math" w:hAnsi="Cambria Math" w:cstheme="majorBidi"/>
            <w:sz w:val="28"/>
            <w:szCs w:val="28"/>
          </w:rPr>
          <m:t xml:space="preserve">  </m:t>
        </m:r>
      </m:oMath>
      <w:r w:rsidRPr="002B6377">
        <w:rPr>
          <w:rFonts w:asciiTheme="majorBidi" w:hAnsiTheme="majorBidi" w:cstheme="majorBidi"/>
          <w:sz w:val="28"/>
          <w:szCs w:val="28"/>
        </w:rPr>
        <w:t xml:space="preserve">   </w:t>
      </w:r>
    </w:p>
    <w:p w14:paraId="3E907736" w14:textId="00AC6B18" w:rsidR="00DD7392" w:rsidRDefault="001D4A3F" w:rsidP="00DD7392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         </w:t>
      </w:r>
      <w:r w:rsidR="00DD7392" w:rsidRPr="002B6377">
        <w:rPr>
          <w:rFonts w:asciiTheme="majorBidi" w:hAnsiTheme="majorBidi" w:cstheme="majorBidi"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7</m:t>
        </m:r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a</m:t>
        </m:r>
        <m:r>
          <w:rPr>
            <w:rFonts w:ascii="Cambria Math" w:hAnsi="Cambria Math" w:cstheme="majorBidi"/>
            <w:sz w:val="28"/>
            <w:szCs w:val="28"/>
          </w:rPr>
          <m:t xml:space="preserve"> </m:t>
        </m:r>
      </m:oMath>
      <w:r w:rsidR="00DD7392" w:rsidRPr="002B6377">
        <w:rPr>
          <w:rFonts w:asciiTheme="majorBidi" w:hAnsiTheme="majorBidi" w:cstheme="majorBidi"/>
          <w:sz w:val="28"/>
          <w:szCs w:val="28"/>
        </w:rPr>
        <w:t xml:space="preserve">and </w:t>
      </w:r>
      <m:oMath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–2</m:t>
        </m:r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a</m:t>
        </m:r>
      </m:oMath>
    </w:p>
    <w:p w14:paraId="71951E3B" w14:textId="0A34AED2" w:rsidR="001D4A3F" w:rsidRPr="006B2B56" w:rsidRDefault="001D4A3F" w:rsidP="001D4A3F">
      <w:pPr>
        <w:pStyle w:val="ListParagraph"/>
        <w:ind w:left="435"/>
        <w:rPr>
          <w:rFonts w:asciiTheme="majorBidi" w:hAnsiTheme="majorBidi" w:cstheme="majorBidi"/>
          <w:b/>
          <w:bCs/>
          <w:sz w:val="28"/>
          <w:szCs w:val="28"/>
        </w:rPr>
      </w:pPr>
      <w:r w:rsidRPr="006B2B56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 -2</w:t>
      </w:r>
      <m:oMath>
        <m:sSup>
          <m:sSupPr>
            <m:ctrlPr>
              <w:rPr>
                <w:rFonts w:ascii="Cambria Math" w:hAnsi="Cambria Math" w:cstheme="majorBidi"/>
                <w:b/>
                <w:bCs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</w:rPr>
              <m:t>y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</w:rPr>
              <m:t>3</m:t>
            </m:r>
          </m:sup>
        </m:sSup>
      </m:oMath>
      <w:r w:rsidRPr="006B2B56">
        <w:rPr>
          <w:rFonts w:asciiTheme="majorBidi" w:hAnsiTheme="majorBidi" w:cstheme="majorBidi"/>
          <w:b/>
          <w:bCs/>
          <w:sz w:val="28"/>
          <w:szCs w:val="28"/>
        </w:rPr>
        <w:t xml:space="preserve"> and 5</w:t>
      </w:r>
      <m:oMath>
        <m:sSup>
          <m:sSupPr>
            <m:ctrlPr>
              <w:rPr>
                <w:rFonts w:ascii="Cambria Math" w:hAnsi="Cambria Math" w:cstheme="majorBidi"/>
                <w:b/>
                <w:bCs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</w:rPr>
              <m:t>y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</w:rPr>
              <m:t>3</m:t>
            </m:r>
          </m:sup>
        </m:sSup>
      </m:oMath>
    </w:p>
    <w:p w14:paraId="5E0ADD51" w14:textId="77777777" w:rsidR="001D4A3F" w:rsidRDefault="00DD7392" w:rsidP="00DD7392">
      <w:pPr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Theme="majorBidi" w:hAnsiTheme="majorBidi" w:cstheme="majorBidi"/>
          <w:sz w:val="28"/>
          <w:szCs w:val="28"/>
        </w:rPr>
        <w:t xml:space="preserve">Examples of unlike terms: </w:t>
      </w:r>
      <m:oMath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4</m:t>
        </m:r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x</m:t>
        </m:r>
        <m:r>
          <w:rPr>
            <w:rFonts w:ascii="Cambria Math" w:hAnsi="Cambria Math" w:cstheme="majorBidi"/>
            <w:sz w:val="28"/>
            <w:szCs w:val="28"/>
          </w:rPr>
          <m:t xml:space="preserve"> </m:t>
        </m:r>
      </m:oMath>
      <w:r w:rsidRPr="002B6377">
        <w:rPr>
          <w:rFonts w:asciiTheme="majorBidi" w:hAnsiTheme="majorBidi" w:cstheme="majorBidi"/>
          <w:sz w:val="28"/>
          <w:szCs w:val="28"/>
        </w:rPr>
        <w:t xml:space="preserve">and </w:t>
      </w:r>
      <m:oMath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4</m:t>
        </m:r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y</m:t>
        </m:r>
      </m:oMath>
      <w:r w:rsidR="001D4A3F">
        <w:rPr>
          <w:rFonts w:asciiTheme="majorBidi" w:hAnsiTheme="majorBidi" w:cstheme="majorBidi"/>
          <w:sz w:val="28"/>
          <w:szCs w:val="28"/>
        </w:rPr>
        <w:t xml:space="preserve"> (different variables)</w:t>
      </w:r>
    </w:p>
    <w:p w14:paraId="473A263D" w14:textId="0A8CD06B" w:rsidR="00DD7392" w:rsidRDefault="001D4A3F" w:rsidP="00DD7392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         </w:t>
      </w:r>
      <w:r w:rsidR="00DD7392" w:rsidRPr="002B6377">
        <w:rPr>
          <w:rFonts w:asciiTheme="majorBidi" w:hAnsiTheme="majorBidi" w:cstheme="majorBidi"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x²</m:t>
        </m:r>
      </m:oMath>
      <w:r w:rsidR="00DD7392" w:rsidRPr="002B6377">
        <w:rPr>
          <w:rFonts w:asciiTheme="majorBidi" w:hAnsiTheme="majorBidi" w:cstheme="majorBidi"/>
          <w:sz w:val="28"/>
          <w:szCs w:val="28"/>
        </w:rPr>
        <w:t xml:space="preserve"> and </w:t>
      </w:r>
      <m:oMath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x</m:t>
        </m:r>
      </m:oMath>
      <w:r w:rsidR="00DD7392" w:rsidRPr="002B6377">
        <w:rPr>
          <w:rFonts w:asciiTheme="majorBidi" w:hAnsiTheme="majorBidi" w:cstheme="majorBidi"/>
          <w:sz w:val="28"/>
          <w:szCs w:val="28"/>
        </w:rPr>
        <w:t xml:space="preserve"> (different powers).</w:t>
      </w:r>
    </w:p>
    <w:p w14:paraId="57245E67" w14:textId="77777777" w:rsidR="001D4A3F" w:rsidRPr="002B6377" w:rsidRDefault="001D4A3F" w:rsidP="00DD7392">
      <w:pPr>
        <w:rPr>
          <w:rFonts w:asciiTheme="majorBidi" w:hAnsiTheme="majorBidi" w:cstheme="majorBidi"/>
          <w:sz w:val="28"/>
          <w:szCs w:val="28"/>
        </w:rPr>
      </w:pPr>
    </w:p>
    <w:p w14:paraId="1CD9C0EA" w14:textId="2DB40BA9" w:rsidR="00DD7392" w:rsidRPr="002B6377" w:rsidRDefault="00DD7392" w:rsidP="00DD7392">
      <w:pPr>
        <w:pStyle w:val="ListParagraph"/>
        <w:numPr>
          <w:ilvl w:val="0"/>
          <w:numId w:val="10"/>
        </w:numPr>
        <w:ind w:left="180" w:hanging="270"/>
        <w:rPr>
          <w:rFonts w:asciiTheme="majorBidi" w:hAnsiTheme="majorBidi" w:cstheme="majorBidi"/>
          <w:b/>
          <w:bCs/>
          <w:sz w:val="28"/>
          <w:szCs w:val="28"/>
        </w:rPr>
      </w:pPr>
      <w:r w:rsidRPr="002B6377">
        <w:rPr>
          <w:rFonts w:asciiTheme="majorBidi" w:hAnsiTheme="majorBidi" w:cstheme="majorBidi"/>
          <w:b/>
          <w:bCs/>
          <w:sz w:val="28"/>
          <w:szCs w:val="28"/>
        </w:rPr>
        <w:lastRenderedPageBreak/>
        <w:t>Simplifying Like Terms</w:t>
      </w:r>
      <w:r w:rsidR="00302444" w:rsidRPr="002B6377">
        <w:rPr>
          <w:rFonts w:asciiTheme="majorBidi" w:hAnsiTheme="majorBidi" w:cstheme="majorBidi"/>
          <w:b/>
          <w:bCs/>
          <w:sz w:val="28"/>
          <w:szCs w:val="28"/>
        </w:rPr>
        <w:t xml:space="preserve"> When Adding and Subtracting</w:t>
      </w:r>
    </w:p>
    <w:p w14:paraId="68CA80CF" w14:textId="4201BE7B" w:rsidR="00DD7392" w:rsidRPr="002B6377" w:rsidRDefault="00DD7392" w:rsidP="00DD7392">
      <w:pPr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Theme="majorBidi" w:hAnsiTheme="majorBidi" w:cstheme="majorBidi"/>
          <w:sz w:val="28"/>
          <w:szCs w:val="28"/>
        </w:rPr>
        <w:t>To simplify an algebraic expression, combine the numbers of the like terms.</w:t>
      </w:r>
    </w:p>
    <w:p w14:paraId="34069E93" w14:textId="2A9775E6" w:rsidR="001D4A3F" w:rsidRDefault="00DD7392" w:rsidP="001D4A3F">
      <w:pPr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Theme="majorBidi" w:hAnsiTheme="majorBidi" w:cstheme="majorBidi"/>
          <w:sz w:val="28"/>
          <w:szCs w:val="28"/>
        </w:rPr>
        <w:t>Examples:</w:t>
      </w:r>
    </w:p>
    <w:p w14:paraId="49AFD997" w14:textId="04E0B0FE" w:rsidR="00DD7392" w:rsidRPr="002B6377" w:rsidRDefault="001D4A3F" w:rsidP="001D4A3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>2x + 5x = 7x</m:t>
        </m:r>
      </m:oMath>
    </w:p>
    <w:p w14:paraId="08C69C8F" w14:textId="00EF1BAA" w:rsidR="001D4A3F" w:rsidRDefault="001D4A3F" w:rsidP="001D4A3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>8y – 3y = 5y</m:t>
        </m:r>
      </m:oMath>
    </w:p>
    <w:p w14:paraId="653E7AE2" w14:textId="2148D8A7" w:rsidR="001D4A3F" w:rsidRDefault="001D4A3F" w:rsidP="001D4A3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>4a + 7b – 2a + 3b =</m:t>
        </m:r>
      </m:oMath>
    </w:p>
    <w:p w14:paraId="728C5ADC" w14:textId="02AC4807" w:rsidR="001D4A3F" w:rsidRDefault="001D4A3F" w:rsidP="001D4A3F">
      <w:pPr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2B6D0EE7" wp14:editId="6C98FB5C">
            <wp:simplePos x="0" y="0"/>
            <wp:positionH relativeFrom="column">
              <wp:posOffset>-809625</wp:posOffset>
            </wp:positionH>
            <wp:positionV relativeFrom="paragraph">
              <wp:posOffset>477520</wp:posOffset>
            </wp:positionV>
            <wp:extent cx="669290" cy="581025"/>
            <wp:effectExtent l="0" t="0" r="0" b="9525"/>
            <wp:wrapSquare wrapText="bothSides"/>
            <wp:docPr id="2" name="Picture 1" descr="Attention Please Vector Images (over 1,5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tention Please Vector Images (over 1,500)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6" b="14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4a – 2a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+ 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7b + 3b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=</m:t>
        </m:r>
      </m:oMath>
      <w:r>
        <w:rPr>
          <w:rFonts w:asciiTheme="majorBidi" w:hAnsiTheme="majorBidi" w:cstheme="majorBidi"/>
          <w:sz w:val="28"/>
          <w:szCs w:val="28"/>
        </w:rPr>
        <w:t xml:space="preserve"> </w:t>
      </w:r>
    </w:p>
    <w:p w14:paraId="5E518705" w14:textId="0AD3E4DF" w:rsidR="00C73D5A" w:rsidRPr="002B6377" w:rsidRDefault="001D4A3F" w:rsidP="001D4A3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2a + 10b</m:t>
        </m:r>
      </m:oMath>
    </w:p>
    <w:p w14:paraId="08B7B088" w14:textId="51DEAFAF" w:rsidR="00DD7392" w:rsidRPr="002B6377" w:rsidRDefault="00DD7392" w:rsidP="00C73D5A">
      <w:pPr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Theme="majorBidi" w:hAnsiTheme="majorBidi" w:cstheme="majorBidi"/>
          <w:b/>
          <w:bCs/>
          <w:sz w:val="28"/>
          <w:szCs w:val="28"/>
        </w:rPr>
        <w:t>Be careful with positive and negative signs when simplifying.</w:t>
      </w:r>
    </w:p>
    <w:p w14:paraId="7003EC28" w14:textId="77777777" w:rsidR="001D4A3F" w:rsidRDefault="00DD7392" w:rsidP="001D4A3F">
      <w:pPr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Theme="majorBidi" w:hAnsiTheme="majorBidi" w:cstheme="majorBidi"/>
          <w:sz w:val="28"/>
          <w:szCs w:val="28"/>
        </w:rPr>
        <w:t>Examples:</w:t>
      </w:r>
    </w:p>
    <w:p w14:paraId="17F88034" w14:textId="003AA7F2" w:rsidR="009B7B8C" w:rsidRPr="002B6377" w:rsidRDefault="001D4A3F" w:rsidP="001D4A3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>6x – 9x = –3x</m:t>
        </m:r>
      </m:oMath>
    </w:p>
    <w:p w14:paraId="26A46C08" w14:textId="3B8AE2D4" w:rsidR="009C7805" w:rsidRPr="002B6377" w:rsidRDefault="001D4A3F" w:rsidP="001D4A3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>–5a + 3a = –2a</m:t>
        </m:r>
        <m:r>
          <w:rPr>
            <w:rFonts w:ascii="Cambria Math" w:hAnsi="Cambria Math" w:cstheme="majorBidi"/>
            <w:noProof/>
            <w:sz w:val="28"/>
            <w:szCs w:val="28"/>
          </w:rPr>
          <m:t xml:space="preserve"> </m:t>
        </m:r>
      </m:oMath>
    </w:p>
    <w:p w14:paraId="0F0D60C8" w14:textId="13984ADC" w:rsidR="00DD7392" w:rsidRPr="002B6377" w:rsidRDefault="00DD7392" w:rsidP="00CA31CF">
      <w:pPr>
        <w:pStyle w:val="ListParagraph"/>
        <w:numPr>
          <w:ilvl w:val="0"/>
          <w:numId w:val="10"/>
        </w:numPr>
        <w:ind w:left="90" w:hanging="270"/>
        <w:rPr>
          <w:rFonts w:asciiTheme="majorBidi" w:hAnsiTheme="majorBidi" w:cstheme="majorBidi"/>
          <w:b/>
          <w:bCs/>
          <w:sz w:val="28"/>
          <w:szCs w:val="28"/>
        </w:rPr>
      </w:pPr>
      <w:r w:rsidRPr="002B6377">
        <w:rPr>
          <w:rFonts w:asciiTheme="majorBidi" w:hAnsiTheme="majorBidi" w:cstheme="majorBidi"/>
          <w:b/>
          <w:bCs/>
          <w:sz w:val="28"/>
          <w:szCs w:val="28"/>
        </w:rPr>
        <w:t>Tips to Remember</w:t>
      </w:r>
    </w:p>
    <w:p w14:paraId="0F46A4DD" w14:textId="77777777" w:rsidR="00DD7392" w:rsidRPr="002B6377" w:rsidRDefault="00DD7392" w:rsidP="00DD7392">
      <w:pPr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="Segoe UI Symbol" w:hAnsi="Segoe UI Symbol" w:cs="Segoe UI Symbol"/>
          <w:sz w:val="28"/>
          <w:szCs w:val="28"/>
        </w:rPr>
        <w:t>✓</w:t>
      </w:r>
      <w:r w:rsidRPr="002B6377">
        <w:rPr>
          <w:rFonts w:asciiTheme="majorBidi" w:hAnsiTheme="majorBidi" w:cstheme="majorBidi"/>
          <w:sz w:val="28"/>
          <w:szCs w:val="28"/>
        </w:rPr>
        <w:t xml:space="preserve"> Group like terms together before simplifying.</w:t>
      </w:r>
    </w:p>
    <w:p w14:paraId="242F5B59" w14:textId="2277BCD9" w:rsidR="00DD7392" w:rsidRPr="002B6377" w:rsidRDefault="00DD7392" w:rsidP="001D4A3F">
      <w:pPr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="Segoe UI Symbol" w:hAnsi="Segoe UI Symbol" w:cs="Segoe UI Symbol"/>
          <w:sz w:val="28"/>
          <w:szCs w:val="28"/>
        </w:rPr>
        <w:t>✓</w:t>
      </w:r>
      <w:r w:rsidRPr="002B6377">
        <w:rPr>
          <w:rFonts w:asciiTheme="majorBidi" w:hAnsiTheme="majorBidi" w:cstheme="majorBidi"/>
          <w:sz w:val="28"/>
          <w:szCs w:val="28"/>
        </w:rPr>
        <w:t xml:space="preserve"> Add or subtract the </w:t>
      </w:r>
      <w:r w:rsidR="001D4A3F">
        <w:rPr>
          <w:rFonts w:asciiTheme="majorBidi" w:hAnsiTheme="majorBidi" w:cstheme="majorBidi"/>
          <w:sz w:val="28"/>
          <w:szCs w:val="28"/>
        </w:rPr>
        <w:t>coefficient</w:t>
      </w:r>
      <w:r w:rsidRPr="002B6377">
        <w:rPr>
          <w:rFonts w:asciiTheme="majorBidi" w:hAnsiTheme="majorBidi" w:cstheme="majorBidi"/>
          <w:sz w:val="28"/>
          <w:szCs w:val="28"/>
        </w:rPr>
        <w:t xml:space="preserve"> of each variable.</w:t>
      </w:r>
    </w:p>
    <w:p w14:paraId="47D02D7D" w14:textId="2D392F7C" w:rsidR="00DD7392" w:rsidRPr="002B6377" w:rsidRDefault="00DD7392" w:rsidP="001D4A3F">
      <w:pPr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="Segoe UI Symbol" w:hAnsi="Segoe UI Symbol" w:cs="Segoe UI Symbol"/>
          <w:sz w:val="28"/>
          <w:szCs w:val="28"/>
        </w:rPr>
        <w:t>✓</w:t>
      </w:r>
      <w:r w:rsidRPr="002B6377">
        <w:rPr>
          <w:rFonts w:asciiTheme="majorBidi" w:hAnsiTheme="majorBidi" w:cstheme="majorBidi"/>
          <w:sz w:val="28"/>
          <w:szCs w:val="28"/>
        </w:rPr>
        <w:t xml:space="preserve"> Keep the sign (+ or –) </w:t>
      </w:r>
      <w:r w:rsidR="001D4A3F">
        <w:rPr>
          <w:rFonts w:asciiTheme="majorBidi" w:hAnsiTheme="majorBidi" w:cstheme="majorBidi"/>
          <w:sz w:val="28"/>
          <w:szCs w:val="28"/>
        </w:rPr>
        <w:t>between the</w:t>
      </w:r>
      <w:r w:rsidRPr="002B6377">
        <w:rPr>
          <w:rFonts w:asciiTheme="majorBidi" w:hAnsiTheme="majorBidi" w:cstheme="majorBidi"/>
          <w:sz w:val="28"/>
          <w:szCs w:val="28"/>
        </w:rPr>
        <w:t xml:space="preserve"> term</w:t>
      </w:r>
      <w:r w:rsidR="001D4A3F">
        <w:rPr>
          <w:rFonts w:asciiTheme="majorBidi" w:hAnsiTheme="majorBidi" w:cstheme="majorBidi"/>
          <w:sz w:val="28"/>
          <w:szCs w:val="28"/>
        </w:rPr>
        <w:t>s</w:t>
      </w:r>
      <w:r w:rsidRPr="002B6377">
        <w:rPr>
          <w:rFonts w:asciiTheme="majorBidi" w:hAnsiTheme="majorBidi" w:cstheme="majorBidi"/>
          <w:sz w:val="28"/>
          <w:szCs w:val="28"/>
        </w:rPr>
        <w:t>.</w:t>
      </w:r>
    </w:p>
    <w:p w14:paraId="186DEB2E" w14:textId="79E9A020" w:rsidR="00DD7392" w:rsidRPr="002B6377" w:rsidRDefault="00CA31CF" w:rsidP="00DD7392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B6377">
        <w:rPr>
          <w:rFonts w:asciiTheme="majorBidi" w:hAnsiTheme="majorBidi" w:cstheme="majorBidi"/>
          <w:b/>
          <w:bCs/>
          <w:sz w:val="28"/>
          <w:szCs w:val="28"/>
        </w:rPr>
        <w:t xml:space="preserve">Examples: </w:t>
      </w:r>
    </w:p>
    <w:p w14:paraId="0582E79C" w14:textId="24E6860E" w:rsidR="00DD7392" w:rsidRPr="001D4A3F" w:rsidRDefault="001D4A3F" w:rsidP="001D4A3F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1FED5C7" wp14:editId="32807353">
                <wp:simplePos x="0" y="0"/>
                <wp:positionH relativeFrom="column">
                  <wp:posOffset>1857375</wp:posOffset>
                </wp:positionH>
                <wp:positionV relativeFrom="paragraph">
                  <wp:posOffset>10160</wp:posOffset>
                </wp:positionV>
                <wp:extent cx="28575" cy="208597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20859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1D401D" id="Straight Connector 3" o:spid="_x0000_s1026" style="position:absolute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6.25pt,.8pt" to="148.5pt,1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" strokecolor="black [3213]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4622AE2" wp14:editId="63455B63">
                <wp:simplePos x="0" y="0"/>
                <wp:positionH relativeFrom="column">
                  <wp:posOffset>3990975</wp:posOffset>
                </wp:positionH>
                <wp:positionV relativeFrom="paragraph">
                  <wp:posOffset>10160</wp:posOffset>
                </wp:positionV>
                <wp:extent cx="28575" cy="2085975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20859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931AC2" id="Straight Connector 4" o:spid="_x0000_s1026" style="position:absolute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4.25pt,.8pt" to="316.5pt,1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" strokecolor="black [3213]"/>
            </w:pict>
          </mc:Fallback>
        </mc:AlternateContent>
      </w:r>
      <w:r w:rsidR="00DD7392" w:rsidRPr="002B6377">
        <w:rPr>
          <w:rFonts w:asciiTheme="majorBidi" w:hAnsiTheme="majorBidi" w:cstheme="majorBidi"/>
          <w:b/>
          <w:bCs/>
          <w:sz w:val="28"/>
          <w:szCs w:val="28"/>
          <w:u w:val="single"/>
        </w:rPr>
        <w:t>Expression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Form</w:t>
      </w:r>
      <w:r w:rsidR="00DD7392" w:rsidRPr="002B6377">
        <w:rPr>
          <w:rFonts w:asciiTheme="majorBidi" w:hAnsiTheme="majorBidi" w:cstheme="majorBidi"/>
          <w:b/>
          <w:bCs/>
          <w:sz w:val="28"/>
          <w:szCs w:val="28"/>
        </w:rPr>
        <w:tab/>
      </w:r>
      <w:r w:rsidR="00CA31CF" w:rsidRPr="002B6377">
        <w:rPr>
          <w:rFonts w:asciiTheme="majorBidi" w:hAnsiTheme="majorBidi" w:cstheme="majorBidi"/>
          <w:b/>
          <w:bCs/>
          <w:sz w:val="28"/>
          <w:szCs w:val="28"/>
        </w:rPr>
        <w:t xml:space="preserve">       </w:t>
      </w:r>
      <w:r w:rsidR="006A74B7" w:rsidRPr="002B6377">
        <w:rPr>
          <w:rFonts w:asciiTheme="majorBidi" w:hAnsiTheme="majorBidi" w:cstheme="majorBidi"/>
          <w:b/>
          <w:bCs/>
          <w:sz w:val="28"/>
          <w:szCs w:val="28"/>
        </w:rPr>
        <w:t xml:space="preserve">      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</w:t>
      </w:r>
      <w:r w:rsidR="006A74B7" w:rsidRPr="002B6377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="00CA31CF" w:rsidRPr="002B6377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="00CA31CF" w:rsidRPr="002B6377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="00DD7392" w:rsidRPr="002B6377">
        <w:rPr>
          <w:rFonts w:asciiTheme="majorBidi" w:hAnsiTheme="majorBidi" w:cstheme="majorBidi"/>
          <w:b/>
          <w:bCs/>
          <w:sz w:val="28"/>
          <w:szCs w:val="28"/>
          <w:u w:val="single"/>
        </w:rPr>
        <w:t>Steps</w:t>
      </w:r>
      <w:r w:rsidR="00DD7392" w:rsidRPr="002B6377">
        <w:rPr>
          <w:rFonts w:asciiTheme="majorBidi" w:hAnsiTheme="majorBidi" w:cstheme="majorBidi"/>
          <w:b/>
          <w:bCs/>
          <w:sz w:val="28"/>
          <w:szCs w:val="28"/>
        </w:rPr>
        <w:tab/>
      </w:r>
      <w:r w:rsidR="00CA31CF" w:rsidRPr="002B6377">
        <w:rPr>
          <w:rFonts w:asciiTheme="majorBidi" w:hAnsiTheme="majorBidi" w:cstheme="majorBidi"/>
          <w:b/>
          <w:bCs/>
          <w:sz w:val="28"/>
          <w:szCs w:val="28"/>
        </w:rPr>
        <w:t xml:space="preserve">            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</w:t>
      </w:r>
      <w:r w:rsidR="00CA31CF" w:rsidRPr="002B6377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="00DD7392" w:rsidRPr="002B6377">
        <w:rPr>
          <w:rFonts w:asciiTheme="majorBidi" w:hAnsiTheme="majorBidi" w:cstheme="majorBidi"/>
          <w:b/>
          <w:bCs/>
          <w:sz w:val="28"/>
          <w:szCs w:val="28"/>
          <w:u w:val="single"/>
        </w:rPr>
        <w:t>Simplified Form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D4A3F">
        <w:rPr>
          <w:rFonts w:asciiTheme="majorBidi" w:hAnsiTheme="majorBidi" w:cstheme="majorBidi"/>
          <w:b/>
          <w:bCs/>
          <w:sz w:val="28"/>
          <w:szCs w:val="28"/>
        </w:rPr>
        <w:t>1.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>2x + 5x</m:t>
        </m:r>
        <m:r>
          <w:rPr>
            <w:rFonts w:ascii="Cambria Math" w:hAnsi="Cambria Math" w:cstheme="majorBidi"/>
            <w:sz w:val="28"/>
            <w:szCs w:val="28"/>
          </w:rPr>
          <w:tab/>
        </m:r>
        <m:r>
          <w:rPr>
            <w:rFonts w:ascii="Cambria Math" w:hAnsi="Cambria Math" w:cstheme="majorBidi"/>
            <w:sz w:val="28"/>
            <w:szCs w:val="28"/>
          </w:rPr>
          <m:t xml:space="preserve">                </m:t>
        </m:r>
        <m:r>
          <w:rPr>
            <w:rFonts w:ascii="Cambria Math" w:hAnsi="Cambria Math" w:cstheme="majorBidi"/>
            <w:sz w:val="28"/>
            <w:szCs w:val="28"/>
          </w:rPr>
          <m:t xml:space="preserve">  </m:t>
        </m:r>
        <m:r>
          <w:rPr>
            <w:rFonts w:ascii="Cambria Math" w:hAnsi="Cambria Math" w:cstheme="majorBidi"/>
            <w:sz w:val="28"/>
            <w:szCs w:val="28"/>
          </w:rPr>
          <m:t xml:space="preserve">    2x + 5x = (2 + 5)x</m:t>
        </m:r>
        <m:r>
          <w:rPr>
            <w:rFonts w:ascii="Cambria Math" w:hAnsi="Cambria Math" w:cstheme="majorBidi"/>
            <w:sz w:val="28"/>
            <w:szCs w:val="28"/>
          </w:rPr>
          <w:tab/>
        </m:r>
        <m:r>
          <w:rPr>
            <w:rFonts w:ascii="Cambria Math" w:hAnsi="Cambria Math" w:cstheme="majorBidi"/>
            <w:sz w:val="28"/>
            <w:szCs w:val="28"/>
          </w:rPr>
          <m:t xml:space="preserve">                  </m:t>
        </m:r>
        <m:r>
          <w:rPr>
            <w:rFonts w:ascii="Cambria Math" w:hAnsi="Cambria Math" w:cstheme="majorBidi"/>
            <w:sz w:val="28"/>
            <w:szCs w:val="28"/>
          </w:rPr>
          <m:t xml:space="preserve"> </m:t>
        </m:r>
        <m:r>
          <w:rPr>
            <w:rFonts w:ascii="Cambria Math" w:hAnsi="Cambria Math" w:cstheme="majorBidi"/>
            <w:sz w:val="28"/>
            <w:szCs w:val="28"/>
          </w:rPr>
          <m:t xml:space="preserve"> 7x</m:t>
        </m:r>
      </m:oMath>
    </w:p>
    <w:p w14:paraId="09FC0A8A" w14:textId="788FB24D" w:rsidR="00DD7392" w:rsidRPr="001D4A3F" w:rsidRDefault="001D4A3F" w:rsidP="00DD7392">
      <w:pPr>
        <w:rPr>
          <w:rFonts w:ascii="Cambria Math" w:hAnsi="Cambria Math" w:cstheme="majorBidi"/>
          <w:sz w:val="28"/>
          <w:szCs w:val="28"/>
          <w:oMath/>
        </w:rPr>
      </w:pPr>
      <w:r w:rsidRPr="001D4A3F">
        <w:rPr>
          <w:rFonts w:asciiTheme="majorBidi" w:hAnsiTheme="majorBidi" w:cstheme="majorBidi"/>
          <w:b/>
          <w:bCs/>
          <w:sz w:val="28"/>
          <w:szCs w:val="28"/>
        </w:rPr>
        <w:t>2.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m:oMath>
        <m:r>
          <w:rPr>
            <w:rFonts w:ascii="Cambria Math" w:hAnsi="Cambria Math" w:cstheme="majorBidi"/>
            <w:sz w:val="28"/>
            <w:szCs w:val="28"/>
          </w:rPr>
          <m:t>8y – 3y</m:t>
        </m:r>
        <m:r>
          <w:rPr>
            <w:rFonts w:ascii="Cambria Math" w:hAnsi="Cambria Math" w:cstheme="majorBidi"/>
            <w:sz w:val="28"/>
            <w:szCs w:val="28"/>
          </w:rPr>
          <w:tab/>
        </m:r>
        <m:r>
          <w:rPr>
            <w:rFonts w:ascii="Cambria Math" w:hAnsi="Cambria Math" w:cstheme="majorBidi"/>
            <w:sz w:val="28"/>
            <w:szCs w:val="28"/>
          </w:rPr>
          <m:t xml:space="preserve">              </m:t>
        </m:r>
        <m:r>
          <w:rPr>
            <w:rFonts w:ascii="Cambria Math" w:hAnsi="Cambria Math" w:cstheme="majorBidi"/>
            <w:sz w:val="28"/>
            <w:szCs w:val="28"/>
          </w:rPr>
          <m:t xml:space="preserve">   </m:t>
        </m:r>
        <m:r>
          <w:rPr>
            <w:rFonts w:ascii="Cambria Math" w:hAnsi="Cambria Math" w:cstheme="majorBidi"/>
            <w:sz w:val="28"/>
            <w:szCs w:val="28"/>
          </w:rPr>
          <m:t xml:space="preserve">     8y – 3y = (8 – 3)y</m:t>
        </m:r>
        <m:r>
          <w:rPr>
            <w:rFonts w:ascii="Cambria Math" w:hAnsi="Cambria Math" w:cstheme="majorBidi"/>
            <w:sz w:val="28"/>
            <w:szCs w:val="28"/>
          </w:rPr>
          <w:tab/>
        </m:r>
        <m:r>
          <w:rPr>
            <w:rFonts w:ascii="Cambria Math" w:hAnsi="Cambria Math" w:cstheme="majorBidi"/>
            <w:sz w:val="28"/>
            <w:szCs w:val="28"/>
          </w:rPr>
          <m:t xml:space="preserve">                 </m:t>
        </m:r>
        <m:r>
          <w:rPr>
            <w:rFonts w:ascii="Cambria Math" w:hAnsi="Cambria Math" w:cstheme="majorBidi"/>
            <w:sz w:val="28"/>
            <w:szCs w:val="28"/>
          </w:rPr>
          <m:t xml:space="preserve">                 </m:t>
        </m:r>
        <m:r>
          <w:rPr>
            <w:rFonts w:ascii="Cambria Math" w:hAnsi="Cambria Math" w:cstheme="majorBidi"/>
            <w:sz w:val="28"/>
            <w:szCs w:val="28"/>
          </w:rPr>
          <m:t xml:space="preserve">  5y</m:t>
        </m:r>
      </m:oMath>
    </w:p>
    <w:p w14:paraId="252D12D2" w14:textId="751C83C2" w:rsidR="00DD7392" w:rsidRPr="001D4A3F" w:rsidRDefault="001D4A3F" w:rsidP="00DD7392">
      <w:pPr>
        <w:rPr>
          <w:rFonts w:ascii="Cambria Math" w:hAnsi="Cambria Math" w:cstheme="majorBidi"/>
          <w:sz w:val="28"/>
          <w:szCs w:val="28"/>
          <w:oMath/>
        </w:rPr>
      </w:pPr>
      <w:r w:rsidRPr="001D4A3F">
        <w:rPr>
          <w:rFonts w:asciiTheme="majorBidi" w:hAnsiTheme="majorBidi" w:cstheme="majorBidi"/>
          <w:b/>
          <w:bCs/>
          <w:sz w:val="28"/>
          <w:szCs w:val="28"/>
        </w:rPr>
        <w:t>3.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 xml:space="preserve">3x + 5 + 2x – 7     </m:t>
        </m:r>
        <m:r>
          <w:rPr>
            <w:rFonts w:ascii="Cambria Math" w:hAnsi="Cambria Math" w:cstheme="majorBidi"/>
            <w:sz w:val="28"/>
            <w:szCs w:val="28"/>
          </w:rPr>
          <w:tab/>
        </m:r>
        <m:r>
          <w:rPr>
            <w:rFonts w:ascii="Cambria Math" w:hAnsi="Cambria Math" w:cstheme="majorBidi"/>
            <w:sz w:val="28"/>
            <w:szCs w:val="28"/>
          </w:rPr>
          <m:t xml:space="preserve">     </m:t>
        </m:r>
        <m:r>
          <w:rPr>
            <w:rFonts w:ascii="Cambria Math" w:hAnsi="Cambria Math" w:cstheme="majorBidi"/>
            <w:sz w:val="28"/>
            <w:szCs w:val="28"/>
          </w:rPr>
          <m:t xml:space="preserve">   </m:t>
        </m:r>
        <m:r>
          <w:rPr>
            <w:rFonts w:ascii="Cambria Math" w:hAnsi="Cambria Math" w:cstheme="majorBidi"/>
            <w:sz w:val="28"/>
            <w:szCs w:val="28"/>
          </w:rPr>
          <m:t xml:space="preserve"> (3x + 2x) + (5 – 7)</m:t>
        </m:r>
        <m:r>
          <w:rPr>
            <w:rFonts w:ascii="Cambria Math" w:hAnsi="Cambria Math" w:cstheme="majorBidi"/>
            <w:sz w:val="28"/>
            <w:szCs w:val="28"/>
          </w:rPr>
          <w:tab/>
        </m:r>
        <m:r>
          <w:rPr>
            <w:rFonts w:ascii="Cambria Math" w:hAnsi="Cambria Math" w:cstheme="majorBidi"/>
            <w:sz w:val="28"/>
            <w:szCs w:val="28"/>
          </w:rPr>
          <m:t xml:space="preserve">                 </m:t>
        </m:r>
        <m:r>
          <w:rPr>
            <w:rFonts w:ascii="Cambria Math" w:hAnsi="Cambria Math" w:cstheme="majorBidi"/>
            <w:sz w:val="28"/>
            <w:szCs w:val="28"/>
          </w:rPr>
          <m:t xml:space="preserve">         </m:t>
        </m:r>
        <m:r>
          <w:rPr>
            <w:rFonts w:ascii="Cambria Math" w:hAnsi="Cambria Math" w:cstheme="majorBidi"/>
            <w:sz w:val="28"/>
            <w:szCs w:val="28"/>
          </w:rPr>
          <m:t xml:space="preserve">  5x – 2</m:t>
        </m:r>
      </m:oMath>
    </w:p>
    <w:p w14:paraId="4D37CF17" w14:textId="68346E3E" w:rsidR="00DD7392" w:rsidRPr="001D4A3F" w:rsidRDefault="001D4A3F" w:rsidP="001D4A3F">
      <w:pPr>
        <w:rPr>
          <w:rFonts w:ascii="Cambria Math" w:hAnsi="Cambria Math" w:cstheme="majorBidi"/>
          <w:sz w:val="28"/>
          <w:szCs w:val="28"/>
          <w:oMath/>
        </w:rPr>
      </w:pPr>
      <w:r w:rsidRPr="001D4A3F">
        <w:rPr>
          <w:rFonts w:asciiTheme="majorBidi" w:hAnsiTheme="majorBidi" w:cstheme="majorBidi"/>
          <w:b/>
          <w:bCs/>
          <w:sz w:val="28"/>
          <w:szCs w:val="28"/>
        </w:rPr>
        <w:t>4.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m:oMath>
        <m:r>
          <w:rPr>
            <w:rFonts w:ascii="Cambria Math" w:hAnsi="Cambria Math" w:cstheme="majorBidi"/>
            <w:sz w:val="28"/>
            <w:szCs w:val="28"/>
          </w:rPr>
          <m:t>4a + 7b – 2a + 3b</m:t>
        </m:r>
        <m:r>
          <w:rPr>
            <w:rFonts w:ascii="Cambria Math" w:hAnsi="Cambria Math" w:cstheme="majorBidi"/>
            <w:sz w:val="28"/>
            <w:szCs w:val="28"/>
          </w:rPr>
          <m:t xml:space="preserve">     (</m:t>
        </m:r>
        <m:r>
          <w:rPr>
            <w:rFonts w:ascii="Cambria Math" w:hAnsi="Cambria Math" w:cstheme="majorBidi"/>
            <w:sz w:val="28"/>
            <w:szCs w:val="28"/>
          </w:rPr>
          <m:t>4a – 2a) + (7b + 3b)</m:t>
        </m:r>
        <m:r>
          <w:rPr>
            <w:rFonts w:ascii="Cambria Math" w:hAnsi="Cambria Math" w:cstheme="majorBidi"/>
            <w:sz w:val="28"/>
            <w:szCs w:val="28"/>
          </w:rPr>
          <w:tab/>
        </m:r>
        <m:r>
          <w:rPr>
            <w:rFonts w:ascii="Cambria Math" w:hAnsi="Cambria Math" w:cstheme="majorBidi"/>
            <w:sz w:val="28"/>
            <w:szCs w:val="28"/>
          </w:rPr>
          <m:t xml:space="preserve">         2a + 10b</m:t>
        </m:r>
      </m:oMath>
    </w:p>
    <w:p w14:paraId="23F1B92A" w14:textId="77777777" w:rsidR="00773C0F" w:rsidRPr="002B6377" w:rsidRDefault="00773C0F" w:rsidP="00DD7392">
      <w:pPr>
        <w:rPr>
          <w:rFonts w:asciiTheme="majorBidi" w:hAnsiTheme="majorBidi" w:cstheme="majorBidi"/>
          <w:sz w:val="28"/>
          <w:szCs w:val="28"/>
        </w:rPr>
      </w:pPr>
    </w:p>
    <w:p w14:paraId="48CC3879" w14:textId="650E33D6" w:rsidR="00767762" w:rsidRPr="002B6377" w:rsidRDefault="00767762" w:rsidP="00767762">
      <w:pPr>
        <w:pStyle w:val="ListParagraph"/>
        <w:numPr>
          <w:ilvl w:val="0"/>
          <w:numId w:val="10"/>
        </w:numPr>
        <w:ind w:left="-360" w:firstLine="90"/>
        <w:rPr>
          <w:rFonts w:asciiTheme="majorBidi" w:hAnsiTheme="majorBidi" w:cstheme="majorBidi"/>
          <w:b/>
          <w:bCs/>
          <w:sz w:val="28"/>
          <w:szCs w:val="28"/>
        </w:rPr>
      </w:pPr>
      <w:r w:rsidRPr="002B6377">
        <w:rPr>
          <w:rFonts w:asciiTheme="majorBidi" w:hAnsiTheme="majorBidi" w:cstheme="majorBidi"/>
          <w:b/>
          <w:bCs/>
          <w:sz w:val="28"/>
          <w:szCs w:val="28"/>
        </w:rPr>
        <w:lastRenderedPageBreak/>
        <w:t>Simplifying When Multiplying Variables</w:t>
      </w:r>
    </w:p>
    <w:p w14:paraId="43E5D037" w14:textId="4E4B08C9" w:rsidR="00767762" w:rsidRPr="002B6377" w:rsidRDefault="00AD25C8" w:rsidP="003F759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71040" behindDoc="1" locked="0" layoutInCell="1" allowOverlap="1" wp14:anchorId="55874F34" wp14:editId="703350B1">
            <wp:simplePos x="0" y="0"/>
            <wp:positionH relativeFrom="column">
              <wp:posOffset>4666615</wp:posOffset>
            </wp:positionH>
            <wp:positionV relativeFrom="paragraph">
              <wp:posOffset>511175</wp:posOffset>
            </wp:positionV>
            <wp:extent cx="1419225" cy="1497965"/>
            <wp:effectExtent l="0" t="0" r="9525" b="6985"/>
            <wp:wrapTight wrapText="bothSides">
              <wp:wrapPolygon edited="0">
                <wp:start x="0" y="0"/>
                <wp:lineTo x="0" y="21426"/>
                <wp:lineTo x="21455" y="21426"/>
                <wp:lineTo x="2145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0"/>
                    <a:stretch/>
                  </pic:blipFill>
                  <pic:spPr bwMode="auto">
                    <a:xfrm flipH="1">
                      <a:off x="0" y="0"/>
                      <a:ext cx="141922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762" w:rsidRPr="002B6377">
        <w:rPr>
          <w:rFonts w:asciiTheme="majorBidi" w:hAnsiTheme="majorBidi" w:cstheme="majorBidi"/>
          <w:sz w:val="28"/>
          <w:szCs w:val="28"/>
        </w:rPr>
        <w:t>When we multiply variables, we multiply their coefficients and add the powers of the variables.</w:t>
      </w:r>
    </w:p>
    <w:p w14:paraId="15C2C078" w14:textId="63A1B935" w:rsidR="003F7599" w:rsidRDefault="00767762" w:rsidP="003F7599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B6377">
        <w:rPr>
          <w:rFonts w:asciiTheme="majorBidi" w:hAnsiTheme="majorBidi" w:cstheme="majorBidi"/>
          <w:b/>
          <w:bCs/>
          <w:sz w:val="28"/>
          <w:szCs w:val="28"/>
        </w:rPr>
        <w:t>Example 1:</w:t>
      </w:r>
    </w:p>
    <w:p w14:paraId="2727C90C" w14:textId="77777777" w:rsidR="00AD25C8" w:rsidRDefault="00AD25C8" w:rsidP="003F7599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133B76C0" w14:textId="64E61545" w:rsidR="00767762" w:rsidRPr="003F7599" w:rsidRDefault="003F7599" w:rsidP="003F759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>2x × 3x = (2 × 3) × (x × x) = 6x²</m:t>
        </m:r>
      </m:oMath>
    </w:p>
    <w:p w14:paraId="245FA646" w14:textId="65A12900" w:rsidR="003F7599" w:rsidRDefault="00767762" w:rsidP="003F7599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B6377">
        <w:rPr>
          <w:rFonts w:asciiTheme="majorBidi" w:hAnsiTheme="majorBidi" w:cstheme="majorBidi"/>
          <w:b/>
          <w:bCs/>
          <w:sz w:val="28"/>
          <w:szCs w:val="28"/>
        </w:rPr>
        <w:t>Example 2:</w:t>
      </w:r>
      <w:r w:rsidR="006B2B56" w:rsidRPr="006B2B56">
        <w:rPr>
          <w:noProof/>
        </w:rPr>
        <w:t xml:space="preserve"> </w:t>
      </w:r>
      <w:r w:rsidR="006B2B56">
        <w:rPr>
          <w:noProof/>
        </w:rPr>
        <mc:AlternateContent>
          <mc:Choice Requires="wps">
            <w:drawing>
              <wp:inline distT="0" distB="0" distL="0" distR="0" wp14:anchorId="7453F5DB" wp14:editId="540BD96E">
                <wp:extent cx="304800" cy="304800"/>
                <wp:effectExtent l="0" t="0" r="0" b="0"/>
                <wp:docPr id="1" name="AutoShape 1" descr="Teach your 6th graders about algebraic expressions with this exciting and creative math wheel activity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0F3B9B" id="AutoShape 1" o:spid="_x0000_s1026" alt="Teach your 6th graders about algebraic expressions with this exciting and creative math wheel activity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IPycAT5&#10;AgAAJw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14:paraId="744BA271" w14:textId="2AEDBF49" w:rsidR="00767762" w:rsidRPr="003F7599" w:rsidRDefault="003F7599" w:rsidP="003F759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>4a × 5a × 2a = (4 × 5× 2) × (a × a× a) = 40</m:t>
        </m:r>
        <m:sSup>
          <m:sSup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sup>
        </m:sSup>
      </m:oMath>
    </w:p>
    <w:p w14:paraId="2C6DAA55" w14:textId="77777777" w:rsidR="003F7599" w:rsidRDefault="00767762" w:rsidP="003F7599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B6377">
        <w:rPr>
          <w:rFonts w:asciiTheme="majorBidi" w:hAnsiTheme="majorBidi" w:cstheme="majorBidi"/>
          <w:b/>
          <w:bCs/>
          <w:sz w:val="28"/>
          <w:szCs w:val="28"/>
        </w:rPr>
        <w:t>Example 3:</w:t>
      </w:r>
    </w:p>
    <w:p w14:paraId="298CC332" w14:textId="1242C9A7" w:rsidR="00767762" w:rsidRPr="003F7599" w:rsidRDefault="003F7599" w:rsidP="003F759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>3x × 2y = 6xy</m:t>
        </m:r>
      </m:oMath>
    </w:p>
    <w:p w14:paraId="182927AA" w14:textId="6740AE87" w:rsidR="00767762" w:rsidRPr="002B6377" w:rsidRDefault="00767762" w:rsidP="00767762">
      <w:pPr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Theme="majorBidi" w:hAnsiTheme="majorBidi" w:cstheme="majorBidi"/>
          <w:sz w:val="28"/>
          <w:szCs w:val="28"/>
        </w:rPr>
        <w:t>(different variables — just write them together)</w:t>
      </w:r>
    </w:p>
    <w:p w14:paraId="04465ADB" w14:textId="77777777" w:rsidR="003F7599" w:rsidRDefault="00767762" w:rsidP="003F7599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B6377">
        <w:rPr>
          <w:rFonts w:asciiTheme="majorBidi" w:hAnsiTheme="majorBidi" w:cstheme="majorBidi"/>
          <w:b/>
          <w:bCs/>
          <w:sz w:val="28"/>
          <w:szCs w:val="28"/>
        </w:rPr>
        <w:t>Example 4:</w:t>
      </w:r>
    </w:p>
    <w:p w14:paraId="5616A178" w14:textId="041A7469" w:rsidR="00C73D5A" w:rsidRPr="003F7599" w:rsidRDefault="003F7599" w:rsidP="003F759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>–2a × 3a² = (–2 × 3) × (a × a²) = –6a³</m:t>
        </m:r>
      </m:oMath>
    </w:p>
    <w:p w14:paraId="770E6148" w14:textId="7D27939A" w:rsidR="00C73D5A" w:rsidRPr="002B6377" w:rsidRDefault="00C73D5A" w:rsidP="00DD7392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B6377">
        <w:rPr>
          <w:rFonts w:asciiTheme="majorBidi" w:hAnsiTheme="majorBidi" w:cstheme="majorBidi"/>
          <w:b/>
          <w:bCs/>
          <w:sz w:val="28"/>
          <w:szCs w:val="28"/>
        </w:rPr>
        <w:t>Writing Algebraic Expressions</w:t>
      </w:r>
    </w:p>
    <w:tbl>
      <w:tblPr>
        <w:tblW w:w="9630" w:type="dxa"/>
        <w:tblCellSpacing w:w="15" w:type="dxa"/>
        <w:tblInd w:w="-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0"/>
        <w:gridCol w:w="2824"/>
        <w:gridCol w:w="1766"/>
        <w:gridCol w:w="1800"/>
      </w:tblGrid>
      <w:tr w:rsidR="00C73D5A" w:rsidRPr="002B6377" w14:paraId="291500BE" w14:textId="77777777" w:rsidTr="003F7599">
        <w:trPr>
          <w:tblHeader/>
          <w:tblCellSpacing w:w="15" w:type="dxa"/>
        </w:trPr>
        <w:tc>
          <w:tcPr>
            <w:tcW w:w="3195" w:type="dxa"/>
            <w:vAlign w:val="center"/>
            <w:hideMark/>
          </w:tcPr>
          <w:p w14:paraId="7123769C" w14:textId="77777777" w:rsidR="00C73D5A" w:rsidRPr="002B6377" w:rsidRDefault="00C73D5A" w:rsidP="00C73D5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B637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Words / Phrases</w:t>
            </w:r>
          </w:p>
        </w:tc>
        <w:tc>
          <w:tcPr>
            <w:tcW w:w="2794" w:type="dxa"/>
            <w:vAlign w:val="center"/>
            <w:hideMark/>
          </w:tcPr>
          <w:p w14:paraId="788A3129" w14:textId="77777777" w:rsidR="00C73D5A" w:rsidRPr="002B6377" w:rsidRDefault="00C73D5A" w:rsidP="00C73D5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B637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Operation</w:t>
            </w:r>
          </w:p>
        </w:tc>
        <w:tc>
          <w:tcPr>
            <w:tcW w:w="1736" w:type="dxa"/>
            <w:vAlign w:val="center"/>
            <w:hideMark/>
          </w:tcPr>
          <w:p w14:paraId="688CE0B6" w14:textId="77777777" w:rsidR="00C73D5A" w:rsidRPr="002B6377" w:rsidRDefault="00C73D5A" w:rsidP="00C73D5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B637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Example</w:t>
            </w:r>
          </w:p>
        </w:tc>
        <w:tc>
          <w:tcPr>
            <w:tcW w:w="1755" w:type="dxa"/>
            <w:vAlign w:val="center"/>
            <w:hideMark/>
          </w:tcPr>
          <w:p w14:paraId="7F9598D4" w14:textId="77777777" w:rsidR="00C73D5A" w:rsidRPr="002B6377" w:rsidRDefault="00C73D5A" w:rsidP="00C73D5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B637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Expression</w:t>
            </w:r>
          </w:p>
        </w:tc>
      </w:tr>
      <w:tr w:rsidR="00C73D5A" w:rsidRPr="002B6377" w14:paraId="7BD77930" w14:textId="77777777" w:rsidTr="003F7599">
        <w:trPr>
          <w:tblCellSpacing w:w="15" w:type="dxa"/>
        </w:trPr>
        <w:tc>
          <w:tcPr>
            <w:tcW w:w="3195" w:type="dxa"/>
            <w:vAlign w:val="center"/>
            <w:hideMark/>
          </w:tcPr>
          <w:p w14:paraId="25CA3917" w14:textId="77777777" w:rsidR="00C73D5A" w:rsidRPr="002B6377" w:rsidRDefault="00C73D5A" w:rsidP="00C73D5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6377">
              <w:rPr>
                <w:rFonts w:asciiTheme="majorBidi" w:hAnsiTheme="majorBidi" w:cstheme="majorBidi"/>
                <w:sz w:val="28"/>
                <w:szCs w:val="28"/>
              </w:rPr>
              <w:t>Sum, total, more than, increased by</w:t>
            </w:r>
          </w:p>
        </w:tc>
        <w:tc>
          <w:tcPr>
            <w:tcW w:w="2794" w:type="dxa"/>
            <w:vAlign w:val="center"/>
            <w:hideMark/>
          </w:tcPr>
          <w:p w14:paraId="59FCE672" w14:textId="77777777" w:rsidR="00C73D5A" w:rsidRPr="002B6377" w:rsidRDefault="00C73D5A" w:rsidP="00C73D5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6377">
              <w:rPr>
                <w:rFonts w:asciiTheme="majorBidi" w:hAnsiTheme="majorBidi" w:cstheme="majorBidi"/>
                <w:sz w:val="28"/>
                <w:szCs w:val="28"/>
              </w:rPr>
              <w:t>Addition (+)</w:t>
            </w:r>
          </w:p>
        </w:tc>
        <w:tc>
          <w:tcPr>
            <w:tcW w:w="1736" w:type="dxa"/>
            <w:vAlign w:val="center"/>
            <w:hideMark/>
          </w:tcPr>
          <w:p w14:paraId="56217B01" w14:textId="006CBA69" w:rsidR="00C73D5A" w:rsidRPr="002B6377" w:rsidRDefault="00C73D5A" w:rsidP="00C73D5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6377">
              <w:rPr>
                <w:rFonts w:asciiTheme="majorBidi" w:hAnsiTheme="majorBidi" w:cstheme="majorBidi"/>
                <w:sz w:val="28"/>
                <w:szCs w:val="28"/>
              </w:rPr>
              <w:t xml:space="preserve">5 more than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</w:rPr>
                <m:t xml:space="preserve">x </m:t>
              </m:r>
            </m:oMath>
          </w:p>
        </w:tc>
        <w:tc>
          <w:tcPr>
            <w:tcW w:w="1755" w:type="dxa"/>
            <w:vAlign w:val="center"/>
            <w:hideMark/>
          </w:tcPr>
          <w:p w14:paraId="5D78BC2A" w14:textId="7BB79294" w:rsidR="00C73D5A" w:rsidRPr="002B6377" w:rsidRDefault="003F7599" w:rsidP="00C73D5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x + 5</m:t>
                </m:r>
              </m:oMath>
            </m:oMathPara>
          </w:p>
        </w:tc>
      </w:tr>
      <w:tr w:rsidR="00C73D5A" w:rsidRPr="002B6377" w14:paraId="0498DF74" w14:textId="77777777" w:rsidTr="003F7599">
        <w:trPr>
          <w:tblCellSpacing w:w="15" w:type="dxa"/>
        </w:trPr>
        <w:tc>
          <w:tcPr>
            <w:tcW w:w="3195" w:type="dxa"/>
            <w:vAlign w:val="center"/>
            <w:hideMark/>
          </w:tcPr>
          <w:p w14:paraId="14510FCA" w14:textId="77777777" w:rsidR="00C73D5A" w:rsidRPr="002B6377" w:rsidRDefault="00C73D5A" w:rsidP="00C73D5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6377">
              <w:rPr>
                <w:rFonts w:asciiTheme="majorBidi" w:hAnsiTheme="majorBidi" w:cstheme="majorBidi"/>
                <w:sz w:val="28"/>
                <w:szCs w:val="28"/>
              </w:rPr>
              <w:t>Difference, less than, decreased by</w:t>
            </w:r>
          </w:p>
        </w:tc>
        <w:tc>
          <w:tcPr>
            <w:tcW w:w="2794" w:type="dxa"/>
            <w:vAlign w:val="center"/>
            <w:hideMark/>
          </w:tcPr>
          <w:p w14:paraId="04D77AD9" w14:textId="77777777" w:rsidR="00C73D5A" w:rsidRPr="002B6377" w:rsidRDefault="00C73D5A" w:rsidP="00C73D5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6377">
              <w:rPr>
                <w:rFonts w:asciiTheme="majorBidi" w:hAnsiTheme="majorBidi" w:cstheme="majorBidi"/>
                <w:sz w:val="28"/>
                <w:szCs w:val="28"/>
              </w:rPr>
              <w:t>Subtraction (–)</w:t>
            </w:r>
          </w:p>
        </w:tc>
        <w:tc>
          <w:tcPr>
            <w:tcW w:w="1736" w:type="dxa"/>
            <w:vAlign w:val="center"/>
            <w:hideMark/>
          </w:tcPr>
          <w:p w14:paraId="59908EBA" w14:textId="50FE4692" w:rsidR="00C73D5A" w:rsidRPr="002B6377" w:rsidRDefault="00C73D5A" w:rsidP="00C73D5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6377">
              <w:rPr>
                <w:rFonts w:asciiTheme="majorBidi" w:hAnsiTheme="majorBidi" w:cstheme="majorBidi"/>
                <w:sz w:val="28"/>
                <w:szCs w:val="28"/>
              </w:rPr>
              <w:t xml:space="preserve">7 less than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</w:rPr>
                <m:t>x</m:t>
              </m:r>
            </m:oMath>
          </w:p>
        </w:tc>
        <w:tc>
          <w:tcPr>
            <w:tcW w:w="1755" w:type="dxa"/>
            <w:vAlign w:val="center"/>
            <w:hideMark/>
          </w:tcPr>
          <w:p w14:paraId="19C062BE" w14:textId="201360FD" w:rsidR="00C73D5A" w:rsidRPr="002B6377" w:rsidRDefault="003F7599" w:rsidP="00C73D5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x – 7</m:t>
                </m:r>
              </m:oMath>
            </m:oMathPara>
          </w:p>
        </w:tc>
      </w:tr>
      <w:tr w:rsidR="00C73D5A" w:rsidRPr="002B6377" w14:paraId="45239521" w14:textId="77777777" w:rsidTr="003F7599">
        <w:trPr>
          <w:tblCellSpacing w:w="15" w:type="dxa"/>
        </w:trPr>
        <w:tc>
          <w:tcPr>
            <w:tcW w:w="3195" w:type="dxa"/>
            <w:vAlign w:val="center"/>
            <w:hideMark/>
          </w:tcPr>
          <w:p w14:paraId="77C1231A" w14:textId="77777777" w:rsidR="00C73D5A" w:rsidRPr="002B6377" w:rsidRDefault="00C73D5A" w:rsidP="00C73D5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6377">
              <w:rPr>
                <w:rFonts w:asciiTheme="majorBidi" w:hAnsiTheme="majorBidi" w:cstheme="majorBidi"/>
                <w:sz w:val="28"/>
                <w:szCs w:val="28"/>
              </w:rPr>
              <w:t>Times, product of, multiplied by</w:t>
            </w:r>
          </w:p>
        </w:tc>
        <w:tc>
          <w:tcPr>
            <w:tcW w:w="2794" w:type="dxa"/>
            <w:vAlign w:val="center"/>
            <w:hideMark/>
          </w:tcPr>
          <w:p w14:paraId="476CA4F7" w14:textId="77777777" w:rsidR="00C73D5A" w:rsidRPr="002B6377" w:rsidRDefault="00C73D5A" w:rsidP="00C73D5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6377">
              <w:rPr>
                <w:rFonts w:asciiTheme="majorBidi" w:hAnsiTheme="majorBidi" w:cstheme="majorBidi"/>
                <w:sz w:val="28"/>
                <w:szCs w:val="28"/>
              </w:rPr>
              <w:t>Multiplication (×)</w:t>
            </w:r>
          </w:p>
        </w:tc>
        <w:tc>
          <w:tcPr>
            <w:tcW w:w="1736" w:type="dxa"/>
            <w:vAlign w:val="center"/>
            <w:hideMark/>
          </w:tcPr>
          <w:p w14:paraId="2E016FC6" w14:textId="31888AD7" w:rsidR="00C73D5A" w:rsidRPr="002B6377" w:rsidRDefault="00C73D5A" w:rsidP="00C73D5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6377">
              <w:rPr>
                <w:rFonts w:asciiTheme="majorBidi" w:hAnsiTheme="majorBidi" w:cstheme="majorBidi"/>
                <w:sz w:val="28"/>
                <w:szCs w:val="28"/>
              </w:rPr>
              <w:t xml:space="preserve">4 times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</w:rPr>
                <m:t>x</m:t>
              </m:r>
            </m:oMath>
          </w:p>
        </w:tc>
        <w:tc>
          <w:tcPr>
            <w:tcW w:w="1755" w:type="dxa"/>
            <w:vAlign w:val="center"/>
            <w:hideMark/>
          </w:tcPr>
          <w:p w14:paraId="0829C2D2" w14:textId="6805BB7A" w:rsidR="00C73D5A" w:rsidRPr="002B6377" w:rsidRDefault="003F7599" w:rsidP="00C73D5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4x</m:t>
                </m:r>
              </m:oMath>
            </m:oMathPara>
          </w:p>
        </w:tc>
      </w:tr>
      <w:tr w:rsidR="00C73D5A" w:rsidRPr="002B6377" w14:paraId="355A2298" w14:textId="77777777" w:rsidTr="003F7599">
        <w:trPr>
          <w:tblCellSpacing w:w="15" w:type="dxa"/>
        </w:trPr>
        <w:tc>
          <w:tcPr>
            <w:tcW w:w="3195" w:type="dxa"/>
            <w:vAlign w:val="center"/>
            <w:hideMark/>
          </w:tcPr>
          <w:p w14:paraId="011CFE97" w14:textId="77777777" w:rsidR="00C73D5A" w:rsidRPr="002B6377" w:rsidRDefault="00C73D5A" w:rsidP="00C73D5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6377">
              <w:rPr>
                <w:rFonts w:asciiTheme="majorBidi" w:hAnsiTheme="majorBidi" w:cstheme="majorBidi"/>
                <w:sz w:val="28"/>
                <w:szCs w:val="28"/>
              </w:rPr>
              <w:t>Divided by, quotient of</w:t>
            </w:r>
          </w:p>
        </w:tc>
        <w:tc>
          <w:tcPr>
            <w:tcW w:w="2794" w:type="dxa"/>
            <w:vAlign w:val="center"/>
            <w:hideMark/>
          </w:tcPr>
          <w:p w14:paraId="505F9409" w14:textId="77777777" w:rsidR="00C73D5A" w:rsidRPr="002B6377" w:rsidRDefault="00C73D5A" w:rsidP="00C73D5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6377">
              <w:rPr>
                <w:rFonts w:asciiTheme="majorBidi" w:hAnsiTheme="majorBidi" w:cstheme="majorBidi"/>
                <w:sz w:val="28"/>
                <w:szCs w:val="28"/>
              </w:rPr>
              <w:t>Division (÷)</w:t>
            </w:r>
          </w:p>
        </w:tc>
        <w:tc>
          <w:tcPr>
            <w:tcW w:w="1736" w:type="dxa"/>
            <w:vAlign w:val="center"/>
            <w:hideMark/>
          </w:tcPr>
          <w:p w14:paraId="7DBF0B69" w14:textId="574FD110" w:rsidR="00C73D5A" w:rsidRPr="002B6377" w:rsidRDefault="003F7599" w:rsidP="00C73D5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m:oMath>
              <m:r>
                <w:rPr>
                  <w:rFonts w:ascii="Cambria Math" w:hAnsi="Cambria Math" w:cstheme="majorBidi"/>
                  <w:sz w:val="28"/>
                  <w:szCs w:val="28"/>
                </w:rPr>
                <m:t>x</m:t>
              </m:r>
            </m:oMath>
            <w:r w:rsidR="00C73D5A" w:rsidRPr="002B6377">
              <w:rPr>
                <w:rFonts w:asciiTheme="majorBidi" w:hAnsiTheme="majorBidi" w:cstheme="majorBidi"/>
                <w:sz w:val="28"/>
                <w:szCs w:val="28"/>
              </w:rPr>
              <w:t xml:space="preserve"> divided by 3</w:t>
            </w:r>
          </w:p>
        </w:tc>
        <w:tc>
          <w:tcPr>
            <w:tcW w:w="1755" w:type="dxa"/>
            <w:vAlign w:val="center"/>
            <w:hideMark/>
          </w:tcPr>
          <w:p w14:paraId="2525C743" w14:textId="31D888D6" w:rsidR="00C73D5A" w:rsidRPr="002B6377" w:rsidRDefault="003F7599" w:rsidP="00C73D5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x ÷ 3 or x/3</m:t>
                </m:r>
              </m:oMath>
            </m:oMathPara>
          </w:p>
        </w:tc>
      </w:tr>
      <w:tr w:rsidR="00C73D5A" w:rsidRPr="002B6377" w14:paraId="38A7824F" w14:textId="77777777" w:rsidTr="003F7599">
        <w:trPr>
          <w:tblCellSpacing w:w="15" w:type="dxa"/>
        </w:trPr>
        <w:tc>
          <w:tcPr>
            <w:tcW w:w="3195" w:type="dxa"/>
            <w:vAlign w:val="center"/>
            <w:hideMark/>
          </w:tcPr>
          <w:p w14:paraId="5DEDDF1C" w14:textId="464CC095" w:rsidR="00C73D5A" w:rsidRPr="002B6377" w:rsidRDefault="00C73D5A" w:rsidP="00C73D5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6377">
              <w:rPr>
                <w:rFonts w:asciiTheme="majorBidi" w:hAnsiTheme="majorBidi" w:cstheme="majorBidi"/>
                <w:sz w:val="28"/>
                <w:szCs w:val="28"/>
              </w:rPr>
              <w:t>Double</w:t>
            </w:r>
          </w:p>
        </w:tc>
        <w:tc>
          <w:tcPr>
            <w:tcW w:w="2794" w:type="dxa"/>
            <w:vAlign w:val="center"/>
            <w:hideMark/>
          </w:tcPr>
          <w:p w14:paraId="0995105D" w14:textId="2C237699" w:rsidR="00C73D5A" w:rsidRPr="002B6377" w:rsidRDefault="00C73D5A" w:rsidP="00C73D5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6377">
              <w:rPr>
                <w:rFonts w:asciiTheme="majorBidi" w:hAnsiTheme="majorBidi" w:cstheme="majorBidi"/>
                <w:sz w:val="28"/>
                <w:szCs w:val="28"/>
              </w:rPr>
              <w:t>Multiplying by 2</w:t>
            </w:r>
          </w:p>
        </w:tc>
        <w:tc>
          <w:tcPr>
            <w:tcW w:w="1736" w:type="dxa"/>
            <w:vAlign w:val="center"/>
            <w:hideMark/>
          </w:tcPr>
          <w:p w14:paraId="36A1756F" w14:textId="2EB949A0" w:rsidR="00C73D5A" w:rsidRPr="002B6377" w:rsidRDefault="00C73D5A" w:rsidP="00C73D5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6377">
              <w:rPr>
                <w:rFonts w:asciiTheme="majorBidi" w:hAnsiTheme="majorBidi" w:cstheme="majorBidi"/>
                <w:sz w:val="28"/>
                <w:szCs w:val="28"/>
              </w:rPr>
              <w:t xml:space="preserve">double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</w:rPr>
                <m:t>x</m:t>
              </m:r>
            </m:oMath>
          </w:p>
        </w:tc>
        <w:tc>
          <w:tcPr>
            <w:tcW w:w="1755" w:type="dxa"/>
            <w:vAlign w:val="center"/>
            <w:hideMark/>
          </w:tcPr>
          <w:p w14:paraId="6B22FF42" w14:textId="2EFDA1E8" w:rsidR="003F7599" w:rsidRPr="002B6377" w:rsidRDefault="003F7599" w:rsidP="003F759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2x</m:t>
                </m:r>
              </m:oMath>
            </m:oMathPara>
          </w:p>
        </w:tc>
      </w:tr>
    </w:tbl>
    <w:p w14:paraId="16E09410" w14:textId="75B4FE60" w:rsidR="00163582" w:rsidRDefault="00163582" w:rsidP="00DF764D">
      <w:pPr>
        <w:ind w:hanging="90"/>
        <w:rPr>
          <w:rFonts w:asciiTheme="majorBidi" w:hAnsiTheme="majorBidi" w:cstheme="majorBidi"/>
          <w:b/>
          <w:bCs/>
          <w:sz w:val="28"/>
          <w:szCs w:val="28"/>
        </w:rPr>
      </w:pPr>
    </w:p>
    <w:p w14:paraId="3B8FACD3" w14:textId="77777777" w:rsidR="003F7599" w:rsidRPr="002B6377" w:rsidRDefault="003F7599" w:rsidP="00DF764D">
      <w:pPr>
        <w:ind w:hanging="90"/>
        <w:rPr>
          <w:rFonts w:asciiTheme="majorBidi" w:hAnsiTheme="majorBidi" w:cstheme="majorBidi"/>
          <w:b/>
          <w:bCs/>
          <w:sz w:val="28"/>
          <w:szCs w:val="28"/>
        </w:rPr>
      </w:pPr>
    </w:p>
    <w:p w14:paraId="186B4BE0" w14:textId="684414D8" w:rsidR="00DF764D" w:rsidRPr="002B6377" w:rsidRDefault="00DF764D" w:rsidP="00DF764D">
      <w:pPr>
        <w:ind w:hanging="90"/>
        <w:rPr>
          <w:rFonts w:asciiTheme="majorBidi" w:hAnsiTheme="majorBidi" w:cstheme="majorBidi"/>
          <w:b/>
          <w:bCs/>
          <w:sz w:val="28"/>
          <w:szCs w:val="28"/>
        </w:rPr>
      </w:pPr>
      <w:r w:rsidRPr="002B6377">
        <w:rPr>
          <w:rFonts w:asciiTheme="majorBidi" w:hAnsiTheme="majorBidi" w:cstheme="majorBidi"/>
          <w:b/>
          <w:bCs/>
          <w:sz w:val="28"/>
          <w:szCs w:val="28"/>
        </w:rPr>
        <w:t>Example</w:t>
      </w:r>
      <w:r w:rsidR="00CA7AE5" w:rsidRPr="002B6377">
        <w:rPr>
          <w:rFonts w:asciiTheme="majorBidi" w:hAnsiTheme="majorBidi" w:cstheme="majorBidi"/>
          <w:b/>
          <w:bCs/>
          <w:sz w:val="28"/>
          <w:szCs w:val="28"/>
        </w:rPr>
        <w:t xml:space="preserve"> 1</w:t>
      </w:r>
      <w:r w:rsidRPr="002B6377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14:paraId="30C25318" w14:textId="7EBCB4E5" w:rsidR="00DF764D" w:rsidRPr="002B6377" w:rsidRDefault="00DF764D" w:rsidP="00DF764D">
      <w:pPr>
        <w:ind w:hanging="270"/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Theme="majorBidi" w:hAnsiTheme="majorBidi" w:cstheme="majorBidi"/>
          <w:sz w:val="28"/>
          <w:szCs w:val="28"/>
        </w:rPr>
        <w:t xml:space="preserve">“A number increased by 9” → </w:t>
      </w:r>
      <m:oMath>
        <m:r>
          <w:rPr>
            <w:rFonts w:ascii="Cambria Math" w:hAnsi="Cambria Math" w:cstheme="majorBidi"/>
            <w:sz w:val="28"/>
            <w:szCs w:val="28"/>
          </w:rPr>
          <m:t>x + 9</m:t>
        </m:r>
      </m:oMath>
    </w:p>
    <w:p w14:paraId="0A1C0014" w14:textId="30528BF3" w:rsidR="00DF764D" w:rsidRPr="002B6377" w:rsidRDefault="00DF764D" w:rsidP="00DF764D">
      <w:pPr>
        <w:ind w:hanging="270"/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Theme="majorBidi" w:hAnsiTheme="majorBidi" w:cstheme="majorBidi"/>
          <w:sz w:val="28"/>
          <w:szCs w:val="28"/>
        </w:rPr>
        <w:t xml:space="preserve">“Twice a number” → </w:t>
      </w:r>
      <m:oMath>
        <m:r>
          <w:rPr>
            <w:rFonts w:ascii="Cambria Math" w:hAnsi="Cambria Math" w:cstheme="majorBidi"/>
            <w:sz w:val="28"/>
            <w:szCs w:val="28"/>
          </w:rPr>
          <m:t>2x</m:t>
        </m:r>
      </m:oMath>
    </w:p>
    <w:p w14:paraId="60BDAF43" w14:textId="7E0731A3" w:rsidR="00DF764D" w:rsidRPr="002B6377" w:rsidRDefault="00DF764D" w:rsidP="00DF764D">
      <w:pPr>
        <w:ind w:hanging="270"/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Theme="majorBidi" w:hAnsiTheme="majorBidi" w:cstheme="majorBidi"/>
          <w:sz w:val="28"/>
          <w:szCs w:val="28"/>
        </w:rPr>
        <w:t xml:space="preserve">“A number decreased by 4” → </w:t>
      </w:r>
      <m:oMath>
        <m:r>
          <w:rPr>
            <w:rFonts w:ascii="Cambria Math" w:hAnsi="Cambria Math" w:cstheme="majorBidi"/>
            <w:sz w:val="28"/>
            <w:szCs w:val="28"/>
          </w:rPr>
          <m:t>x – 4</m:t>
        </m:r>
      </m:oMath>
    </w:p>
    <w:p w14:paraId="6B1B51D3" w14:textId="3AE80AA8" w:rsidR="00DF764D" w:rsidRPr="002B6377" w:rsidRDefault="00DF764D" w:rsidP="00DF764D">
      <w:pPr>
        <w:ind w:hanging="270"/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Theme="majorBidi" w:hAnsiTheme="majorBidi" w:cstheme="majorBidi"/>
          <w:sz w:val="28"/>
          <w:szCs w:val="28"/>
        </w:rPr>
        <w:t xml:space="preserve">“The product of 3 and a number” → </w:t>
      </w:r>
      <m:oMath>
        <m:r>
          <w:rPr>
            <w:rFonts w:ascii="Cambria Math" w:hAnsi="Cambria Math" w:cstheme="majorBidi"/>
            <w:sz w:val="28"/>
            <w:szCs w:val="28"/>
          </w:rPr>
          <m:t>3x</m:t>
        </m:r>
      </m:oMath>
    </w:p>
    <w:p w14:paraId="7CDF56A2" w14:textId="25575656" w:rsidR="00DF764D" w:rsidRDefault="00DF764D" w:rsidP="00DF764D">
      <w:pPr>
        <w:ind w:hanging="270"/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Theme="majorBidi" w:hAnsiTheme="majorBidi" w:cstheme="majorBidi"/>
          <w:sz w:val="28"/>
          <w:szCs w:val="28"/>
        </w:rPr>
        <w:t xml:space="preserve">“Half of a number” → </w:t>
      </w:r>
      <m:oMath>
        <m:r>
          <w:rPr>
            <w:rFonts w:ascii="Cambria Math" w:hAnsi="Cambria Math" w:cstheme="majorBidi"/>
            <w:sz w:val="28"/>
            <w:szCs w:val="28"/>
          </w:rPr>
          <m:t>x ÷ 2 or ½x</m:t>
        </m:r>
      </m:oMath>
    </w:p>
    <w:p w14:paraId="6CB300AC" w14:textId="29AD9A2C" w:rsidR="00507CFF" w:rsidRPr="002B6377" w:rsidRDefault="00507CFF" w:rsidP="00AD25C8">
      <w:pPr>
        <w:rPr>
          <w:rFonts w:asciiTheme="majorBidi" w:hAnsiTheme="majorBidi" w:cstheme="majorBidi"/>
          <w:sz w:val="28"/>
          <w:szCs w:val="28"/>
        </w:rPr>
      </w:pPr>
    </w:p>
    <w:p w14:paraId="7F666819" w14:textId="54FFC743" w:rsidR="00CA7AE5" w:rsidRPr="002B6377" w:rsidRDefault="00CA7AE5" w:rsidP="00CA7AE5">
      <w:pPr>
        <w:ind w:hanging="90"/>
        <w:rPr>
          <w:rFonts w:asciiTheme="majorBidi" w:hAnsiTheme="majorBidi" w:cstheme="majorBidi"/>
          <w:b/>
          <w:bCs/>
          <w:sz w:val="28"/>
          <w:szCs w:val="28"/>
        </w:rPr>
      </w:pPr>
      <w:r w:rsidRPr="002B6377">
        <w:rPr>
          <w:rFonts w:asciiTheme="majorBidi" w:hAnsiTheme="majorBidi" w:cstheme="majorBidi"/>
          <w:b/>
          <w:bCs/>
          <w:sz w:val="28"/>
          <w:szCs w:val="28"/>
        </w:rPr>
        <w:t>Example 2:</w:t>
      </w:r>
    </w:p>
    <w:p w14:paraId="1EE6231D" w14:textId="6CC3D917" w:rsidR="00CA7AE5" w:rsidRPr="002B6377" w:rsidRDefault="00CA7AE5" w:rsidP="00540EA5">
      <w:pPr>
        <w:pStyle w:val="NormalWeb"/>
        <w:ind w:left="-180" w:firstLine="90"/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Theme="majorBidi" w:hAnsiTheme="majorBidi" w:cstheme="majorBidi"/>
          <w:sz w:val="28"/>
          <w:szCs w:val="28"/>
        </w:rPr>
        <w:t xml:space="preserve">“A number doubled, then increased by 6” →  </w:t>
      </w:r>
      <m:oMath>
        <m:r>
          <w:rPr>
            <w:rFonts w:ascii="Cambria Math" w:hAnsi="Cambria Math" w:cstheme="majorBidi"/>
            <w:sz w:val="28"/>
            <w:szCs w:val="28"/>
          </w:rPr>
          <m:t>2x + 6</m:t>
        </m:r>
      </m:oMath>
    </w:p>
    <w:p w14:paraId="2075B08D" w14:textId="240DD46C" w:rsidR="00CA7AE5" w:rsidRPr="002B6377" w:rsidRDefault="00CA7AE5" w:rsidP="00540EA5">
      <w:pPr>
        <w:pStyle w:val="NormalWeb"/>
        <w:ind w:left="-180" w:firstLine="90"/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Theme="majorBidi" w:hAnsiTheme="majorBidi" w:cstheme="majorBidi"/>
          <w:sz w:val="28"/>
          <w:szCs w:val="28"/>
        </w:rPr>
        <w:t xml:space="preserve">“Three less than five times a number” →  </w:t>
      </w:r>
      <m:oMath>
        <m:r>
          <w:rPr>
            <w:rFonts w:ascii="Cambria Math" w:hAnsi="Cambria Math" w:cstheme="majorBidi"/>
            <w:sz w:val="28"/>
            <w:szCs w:val="28"/>
          </w:rPr>
          <m:t>5x – 3</m:t>
        </m:r>
      </m:oMath>
    </w:p>
    <w:p w14:paraId="3F753CED" w14:textId="058855B5" w:rsidR="00CA7AE5" w:rsidRPr="002B6377" w:rsidRDefault="00CA7AE5" w:rsidP="00540EA5">
      <w:pPr>
        <w:pStyle w:val="NormalWeb"/>
        <w:ind w:left="-180" w:firstLine="90"/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Theme="majorBidi" w:hAnsiTheme="majorBidi" w:cstheme="majorBidi"/>
          <w:sz w:val="28"/>
          <w:szCs w:val="28"/>
        </w:rPr>
        <w:t xml:space="preserve">“A number divided by 2, then decreased by 7” →  </w:t>
      </w:r>
      <m:oMath>
        <m:r>
          <w:rPr>
            <w:rFonts w:ascii="Cambria Math" w:hAnsi="Cambria Math" w:cstheme="majorBidi"/>
            <w:sz w:val="28"/>
            <w:szCs w:val="28"/>
          </w:rPr>
          <m:t>(x ÷ 2) – 7</m:t>
        </m:r>
      </m:oMath>
    </w:p>
    <w:p w14:paraId="0FAF284B" w14:textId="04AE8C43" w:rsidR="00CA7AE5" w:rsidRPr="002B6377" w:rsidRDefault="00CA7AE5" w:rsidP="00540EA5">
      <w:pPr>
        <w:pStyle w:val="NormalWeb"/>
        <w:ind w:left="-180" w:firstLine="90"/>
        <w:rPr>
          <w:rFonts w:asciiTheme="majorBidi" w:hAnsiTheme="majorBidi" w:cstheme="majorBidi"/>
          <w:sz w:val="28"/>
          <w:szCs w:val="28"/>
        </w:rPr>
      </w:pPr>
      <w:r w:rsidRPr="002B6377">
        <w:rPr>
          <w:rFonts w:asciiTheme="majorBidi" w:hAnsiTheme="majorBidi" w:cstheme="majorBidi"/>
          <w:sz w:val="28"/>
          <w:szCs w:val="28"/>
        </w:rPr>
        <w:t xml:space="preserve">“Four more than twice a number” →  </w:t>
      </w:r>
      <m:oMath>
        <m:r>
          <w:rPr>
            <w:rFonts w:ascii="Cambria Math" w:hAnsi="Cambria Math" w:cstheme="majorBidi"/>
            <w:sz w:val="28"/>
            <w:szCs w:val="28"/>
          </w:rPr>
          <m:t>2x + 4</m:t>
        </m:r>
      </m:oMath>
    </w:p>
    <w:p w14:paraId="65797C69" w14:textId="419AF206" w:rsidR="00FE3787" w:rsidRDefault="00507CFF" w:rsidP="00540EA5">
      <w:pPr>
        <w:pStyle w:val="NormalWeb"/>
        <w:ind w:left="-180" w:firstLine="9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1BA3EDB4" wp14:editId="14B48262">
            <wp:simplePos x="0" y="0"/>
            <wp:positionH relativeFrom="column">
              <wp:posOffset>694690</wp:posOffset>
            </wp:positionH>
            <wp:positionV relativeFrom="paragraph">
              <wp:posOffset>83820</wp:posOffset>
            </wp:positionV>
            <wp:extent cx="3190875" cy="2812415"/>
            <wp:effectExtent l="0" t="0" r="9525" b="6985"/>
            <wp:wrapTight wrapText="bothSides">
              <wp:wrapPolygon edited="0">
                <wp:start x="0" y="0"/>
                <wp:lineTo x="0" y="21507"/>
                <wp:lineTo x="21536" y="21507"/>
                <wp:lineTo x="2153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E3B78" w14:textId="22CED133" w:rsidR="00507CFF" w:rsidRDefault="00507CFF" w:rsidP="00540EA5">
      <w:pPr>
        <w:pStyle w:val="NormalWeb"/>
        <w:ind w:left="-180" w:firstLine="90"/>
        <w:rPr>
          <w:rFonts w:asciiTheme="majorBidi" w:hAnsiTheme="majorBidi" w:cstheme="majorBidi"/>
          <w:sz w:val="28"/>
          <w:szCs w:val="28"/>
        </w:rPr>
      </w:pPr>
    </w:p>
    <w:p w14:paraId="748A6F2F" w14:textId="7E9848D1" w:rsidR="00507CFF" w:rsidRDefault="00507CFF" w:rsidP="00540EA5">
      <w:pPr>
        <w:pStyle w:val="NormalWeb"/>
        <w:ind w:left="-180" w:firstLine="90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83A7ACC" wp14:editId="3EFDF57D">
                <wp:extent cx="304800" cy="304800"/>
                <wp:effectExtent l="0" t="0" r="0" b="0"/>
                <wp:docPr id="5" name="Rectangle 5" descr="Algebraic Expressions - SmartSolv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7C7A01" id="Rectangle 5" o:spid="_x0000_s1026" alt="Algebraic Expressions - SmartSolv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x5UYi0AIAAOI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</w:p>
    <w:p w14:paraId="5F228BBA" w14:textId="2AE3A517" w:rsidR="00507CFF" w:rsidRDefault="00507CFF" w:rsidP="00507CFF">
      <w:pPr>
        <w:pStyle w:val="NormalWeb"/>
        <w:ind w:left="-180" w:firstLine="90"/>
        <w:rPr>
          <w:rFonts w:asciiTheme="majorBidi" w:hAnsiTheme="majorBidi" w:cstheme="majorBidi"/>
          <w:sz w:val="28"/>
          <w:szCs w:val="28"/>
        </w:rPr>
      </w:pPr>
      <w:r w:rsidRPr="00507CFF">
        <w:rPr>
          <w:rFonts w:asciiTheme="majorBidi" w:hAnsiTheme="majorBidi" w:cstheme="majorBidi"/>
          <w:sz w:val="28"/>
          <w:szCs w:val="28"/>
        </w:rPr>
        <mc:AlternateContent>
          <mc:Choice Requires="wps">
            <w:drawing>
              <wp:inline distT="0" distB="0" distL="0" distR="0" wp14:anchorId="0E57FECB" wp14:editId="2BE97B49">
                <wp:extent cx="304800" cy="304800"/>
                <wp:effectExtent l="0" t="0" r="0" b="0"/>
                <wp:docPr id="6" name="Rectangle 6" descr="Algebraic Expressions - SmartSolv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F58FA0" id="Rectangle 6" o:spid="_x0000_s1026" alt="Algebraic Expressions - SmartSolv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f1j0Q0AIAAOI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</w:p>
    <w:p w14:paraId="7A8CF7A4" w14:textId="3A3068E0" w:rsidR="00507CFF" w:rsidRDefault="00507CFF" w:rsidP="00540EA5">
      <w:pPr>
        <w:pStyle w:val="NormalWeb"/>
        <w:ind w:left="-180" w:firstLine="90"/>
        <w:rPr>
          <w:rFonts w:asciiTheme="majorBidi" w:hAnsiTheme="majorBidi" w:cstheme="majorBidi"/>
          <w:sz w:val="28"/>
          <w:szCs w:val="28"/>
        </w:rPr>
      </w:pPr>
    </w:p>
    <w:p w14:paraId="0F579C7B" w14:textId="74371646" w:rsidR="00507CFF" w:rsidRDefault="00507CFF" w:rsidP="00540EA5">
      <w:pPr>
        <w:pStyle w:val="NormalWeb"/>
        <w:ind w:left="-180" w:firstLine="90"/>
        <w:rPr>
          <w:rFonts w:asciiTheme="majorBidi" w:hAnsiTheme="majorBidi" w:cstheme="majorBidi"/>
          <w:sz w:val="28"/>
          <w:szCs w:val="28"/>
        </w:rPr>
      </w:pPr>
    </w:p>
    <w:p w14:paraId="005E6070" w14:textId="77777777" w:rsidR="00507CFF" w:rsidRDefault="00507CFF" w:rsidP="00540EA5">
      <w:pPr>
        <w:pStyle w:val="NormalWeb"/>
        <w:ind w:left="-180" w:firstLine="90"/>
        <w:rPr>
          <w:rFonts w:asciiTheme="majorBidi" w:hAnsiTheme="majorBidi" w:cstheme="majorBidi"/>
          <w:sz w:val="28"/>
          <w:szCs w:val="28"/>
        </w:rPr>
      </w:pPr>
    </w:p>
    <w:p w14:paraId="77B7FB69" w14:textId="417954BD" w:rsidR="00507CFF" w:rsidRPr="002B6377" w:rsidRDefault="00507CFF" w:rsidP="00540EA5">
      <w:pPr>
        <w:pStyle w:val="NormalWeb"/>
        <w:ind w:left="-180" w:firstLine="90"/>
        <w:rPr>
          <w:rFonts w:asciiTheme="majorBidi" w:hAnsiTheme="majorBidi" w:cstheme="majorBidi"/>
          <w:sz w:val="28"/>
          <w:szCs w:val="28"/>
        </w:rPr>
      </w:pPr>
    </w:p>
    <w:p w14:paraId="0F85958C" w14:textId="2DE09F8E" w:rsidR="00FE3787" w:rsidRPr="002B6377" w:rsidRDefault="00AD25C8" w:rsidP="00507CFF">
      <w:pPr>
        <w:ind w:hanging="270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Teachers</w:t>
      </w:r>
      <w:r w:rsidR="00FE3787" w:rsidRPr="002B6377">
        <w:rPr>
          <w:rFonts w:asciiTheme="majorBidi" w:hAnsiTheme="majorBidi" w:cstheme="majorBidi"/>
          <w:sz w:val="28"/>
          <w:szCs w:val="28"/>
        </w:rPr>
        <w:t>: Eman Nabas, Qus</w:t>
      </w:r>
      <w:r w:rsidR="006B2B56">
        <w:rPr>
          <w:rFonts w:asciiTheme="majorBidi" w:hAnsiTheme="majorBidi" w:cstheme="majorBidi"/>
          <w:sz w:val="28"/>
          <w:szCs w:val="28"/>
        </w:rPr>
        <w:t>ie</w:t>
      </w:r>
      <w:r w:rsidR="00FE3787" w:rsidRPr="002B6377">
        <w:rPr>
          <w:rFonts w:asciiTheme="majorBidi" w:hAnsiTheme="majorBidi" w:cstheme="majorBidi"/>
          <w:sz w:val="28"/>
          <w:szCs w:val="28"/>
        </w:rPr>
        <w:t xml:space="preserve"> Hijazeen</w:t>
      </w:r>
    </w:p>
    <w:sectPr w:rsidR="00FE3787" w:rsidRPr="002B6377" w:rsidSect="0080530F">
      <w:footerReference w:type="default" r:id="rId13"/>
      <w:pgSz w:w="12240" w:h="15840"/>
      <w:pgMar w:top="81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2ED4C0" w14:textId="77777777" w:rsidR="00357151" w:rsidRDefault="00357151" w:rsidP="009B7B8C">
      <w:pPr>
        <w:spacing w:after="0" w:line="240" w:lineRule="auto"/>
      </w:pPr>
      <w:r>
        <w:separator/>
      </w:r>
    </w:p>
  </w:endnote>
  <w:endnote w:type="continuationSeparator" w:id="0">
    <w:p w14:paraId="7297CFDD" w14:textId="77777777" w:rsidR="00357151" w:rsidRDefault="00357151" w:rsidP="009B7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94483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B588FD" w14:textId="026B8D0B" w:rsidR="009B7B8C" w:rsidRDefault="009B7B8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23D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DF59ADA" w14:textId="77777777" w:rsidR="009B7B8C" w:rsidRDefault="009B7B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7FB61E" w14:textId="77777777" w:rsidR="00357151" w:rsidRDefault="00357151" w:rsidP="009B7B8C">
      <w:pPr>
        <w:spacing w:after="0" w:line="240" w:lineRule="auto"/>
      </w:pPr>
      <w:r>
        <w:separator/>
      </w:r>
    </w:p>
  </w:footnote>
  <w:footnote w:type="continuationSeparator" w:id="0">
    <w:p w14:paraId="5DE70BD4" w14:textId="77777777" w:rsidR="00357151" w:rsidRDefault="00357151" w:rsidP="009B7B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2DC7A0D"/>
    <w:multiLevelType w:val="hybridMultilevel"/>
    <w:tmpl w:val="F8DA7C94"/>
    <w:lvl w:ilvl="0" w:tplc="ED86BF14">
      <w:start w:val="10"/>
      <w:numFmt w:val="bullet"/>
      <w:lvlText w:val="-"/>
      <w:lvlJc w:val="left"/>
      <w:pPr>
        <w:ind w:left="343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95" w:hanging="360"/>
      </w:pPr>
      <w:rPr>
        <w:rFonts w:ascii="Wingdings" w:hAnsi="Wingdings" w:hint="default"/>
      </w:rPr>
    </w:lvl>
  </w:abstractNum>
  <w:abstractNum w:abstractNumId="10" w15:restartNumberingAfterBreak="0">
    <w:nsid w:val="3545496C"/>
    <w:multiLevelType w:val="hybridMultilevel"/>
    <w:tmpl w:val="A5726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3C1F19"/>
    <w:multiLevelType w:val="hybridMultilevel"/>
    <w:tmpl w:val="8068A604"/>
    <w:lvl w:ilvl="0" w:tplc="68B0ABE8">
      <w:start w:val="10"/>
      <w:numFmt w:val="bullet"/>
      <w:lvlText w:val="-"/>
      <w:lvlJc w:val="left"/>
      <w:pPr>
        <w:ind w:left="343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95" w:hanging="360"/>
      </w:pPr>
      <w:rPr>
        <w:rFonts w:ascii="Wingdings" w:hAnsi="Wingdings" w:hint="default"/>
      </w:rPr>
    </w:lvl>
  </w:abstractNum>
  <w:abstractNum w:abstractNumId="12" w15:restartNumberingAfterBreak="0">
    <w:nsid w:val="71FD3E85"/>
    <w:multiLevelType w:val="hybridMultilevel"/>
    <w:tmpl w:val="54944980"/>
    <w:lvl w:ilvl="0" w:tplc="D79AAE6E">
      <w:start w:val="10"/>
      <w:numFmt w:val="bullet"/>
      <w:lvlText w:val="-"/>
      <w:lvlJc w:val="left"/>
      <w:pPr>
        <w:ind w:left="43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1182A"/>
    <w:rsid w:val="00034616"/>
    <w:rsid w:val="0006063C"/>
    <w:rsid w:val="000B6501"/>
    <w:rsid w:val="000D0507"/>
    <w:rsid w:val="000D6535"/>
    <w:rsid w:val="0015074B"/>
    <w:rsid w:val="00163582"/>
    <w:rsid w:val="001D4A3F"/>
    <w:rsid w:val="00262F24"/>
    <w:rsid w:val="0029639D"/>
    <w:rsid w:val="002B6377"/>
    <w:rsid w:val="002C5129"/>
    <w:rsid w:val="002C52B8"/>
    <w:rsid w:val="002F26B0"/>
    <w:rsid w:val="00302444"/>
    <w:rsid w:val="0031750D"/>
    <w:rsid w:val="00326F90"/>
    <w:rsid w:val="00357151"/>
    <w:rsid w:val="003F7599"/>
    <w:rsid w:val="004278CC"/>
    <w:rsid w:val="00451D30"/>
    <w:rsid w:val="00496E74"/>
    <w:rsid w:val="005023DA"/>
    <w:rsid w:val="00507CFF"/>
    <w:rsid w:val="00540EA5"/>
    <w:rsid w:val="00590DBD"/>
    <w:rsid w:val="006A74B7"/>
    <w:rsid w:val="006B2B56"/>
    <w:rsid w:val="00707CD1"/>
    <w:rsid w:val="00762A7E"/>
    <w:rsid w:val="00767762"/>
    <w:rsid w:val="00773C0F"/>
    <w:rsid w:val="0080530F"/>
    <w:rsid w:val="00846533"/>
    <w:rsid w:val="009561AD"/>
    <w:rsid w:val="009B0714"/>
    <w:rsid w:val="009B7B8C"/>
    <w:rsid w:val="009C7805"/>
    <w:rsid w:val="00A366AC"/>
    <w:rsid w:val="00A6276A"/>
    <w:rsid w:val="00A9742E"/>
    <w:rsid w:val="00AA1D8D"/>
    <w:rsid w:val="00AB0367"/>
    <w:rsid w:val="00AC3873"/>
    <w:rsid w:val="00AD25C8"/>
    <w:rsid w:val="00B46115"/>
    <w:rsid w:val="00B47730"/>
    <w:rsid w:val="00B510E3"/>
    <w:rsid w:val="00BB354A"/>
    <w:rsid w:val="00C73D5A"/>
    <w:rsid w:val="00CA31CF"/>
    <w:rsid w:val="00CA7AE5"/>
    <w:rsid w:val="00CB0664"/>
    <w:rsid w:val="00DD7392"/>
    <w:rsid w:val="00DF764D"/>
    <w:rsid w:val="00E51A71"/>
    <w:rsid w:val="00F22078"/>
    <w:rsid w:val="00F93B66"/>
    <w:rsid w:val="00FA7546"/>
    <w:rsid w:val="00FB7441"/>
    <w:rsid w:val="00FC4642"/>
    <w:rsid w:val="00FC693F"/>
    <w:rsid w:val="00FE3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99BD2B"/>
  <w14:defaultImageDpi w14:val="300"/>
  <w15:docId w15:val="{C2FB6628-7835-4FFB-B21C-14A0AC166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CA7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637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7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C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35E"/>
    <w:rsid w:val="000D4D0B"/>
    <w:rsid w:val="0011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1535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8919D7-A07F-4A50-8DD6-9E8760100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Rita Ziadat</cp:lastModifiedBy>
  <cp:revision>2</cp:revision>
  <cp:lastPrinted>2025-10-18T12:38:00Z</cp:lastPrinted>
  <dcterms:created xsi:type="dcterms:W3CDTF">2025-10-18T12:41:00Z</dcterms:created>
  <dcterms:modified xsi:type="dcterms:W3CDTF">2025-10-18T12:41:00Z</dcterms:modified>
  <cp:category/>
</cp:coreProperties>
</file>